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518FE" w14:textId="77777777" w:rsidR="006F1529" w:rsidRPr="002C43E4" w:rsidRDefault="00E43723">
      <w:pPr>
        <w:spacing w:after="280"/>
        <w:jc w:val="center"/>
        <w:rPr>
          <w:lang w:val="ru-RU"/>
        </w:rPr>
      </w:pPr>
      <w:r w:rsidRPr="002C43E4">
        <w:rPr>
          <w:b/>
          <w:color w:val="2E74B5"/>
          <w:sz w:val="34"/>
          <w:lang w:val="ru-RU"/>
        </w:rPr>
        <w:t>Отображение и автоматическое архивирование лицевых счетов</w:t>
      </w:r>
    </w:p>
    <w:p w14:paraId="32ACA962" w14:textId="77777777" w:rsidR="006F1529" w:rsidRPr="002C43E4" w:rsidRDefault="00E43723">
      <w:pPr>
        <w:pStyle w:val="1"/>
        <w:rPr>
          <w:lang w:val="ru-RU"/>
        </w:rPr>
      </w:pPr>
      <w:r w:rsidRPr="002C43E4">
        <w:rPr>
          <w:lang w:val="ru-RU"/>
        </w:rPr>
        <w:t>1. Общие сведения</w:t>
      </w:r>
    </w:p>
    <w:p w14:paraId="24EAD7AA" w14:textId="77777777" w:rsidR="006F1529" w:rsidRPr="002C43E4" w:rsidRDefault="00E43723">
      <w:pPr>
        <w:rPr>
          <w:lang w:val="ru-RU"/>
        </w:rPr>
      </w:pPr>
      <w:r w:rsidRPr="002C43E4">
        <w:rPr>
          <w:b/>
          <w:lang w:val="ru-RU"/>
        </w:rPr>
        <w:t xml:space="preserve">Наименование бизнес-процесса: </w:t>
      </w:r>
      <w:r w:rsidRPr="002C43E4">
        <w:rPr>
          <w:lang w:val="ru-RU"/>
        </w:rPr>
        <w:t>Отображение и архивирование лицевых счетов (ЛС).</w:t>
      </w:r>
    </w:p>
    <w:p w14:paraId="60605E09" w14:textId="77777777" w:rsidR="006F1529" w:rsidRPr="002C43E4" w:rsidRDefault="00E43723">
      <w:pPr>
        <w:rPr>
          <w:lang w:val="ru-RU"/>
        </w:rPr>
      </w:pPr>
      <w:r w:rsidRPr="002C43E4">
        <w:rPr>
          <w:b/>
          <w:lang w:val="ru-RU"/>
        </w:rPr>
        <w:t>Цель</w:t>
      </w:r>
      <w:proofErr w:type="gramStart"/>
      <w:r w:rsidRPr="002C43E4">
        <w:rPr>
          <w:b/>
          <w:lang w:val="ru-RU"/>
        </w:rPr>
        <w:t xml:space="preserve">: </w:t>
      </w:r>
      <w:r w:rsidRPr="002C43E4">
        <w:rPr>
          <w:lang w:val="ru-RU"/>
        </w:rPr>
        <w:t>Автоматизировать</w:t>
      </w:r>
      <w:proofErr w:type="gramEnd"/>
      <w:r w:rsidRPr="002C43E4">
        <w:rPr>
          <w:lang w:val="ru-RU"/>
        </w:rPr>
        <w:t xml:space="preserve"> архивирование расторгнутых ЛС, обеспечить корректное отображение архивных данных в </w:t>
      </w:r>
      <w:r>
        <w:t>CRM</w:t>
      </w:r>
      <w:r w:rsidRPr="002C43E4">
        <w:rPr>
          <w:lang w:val="ru-RU"/>
        </w:rPr>
        <w:t xml:space="preserve"> 2.0 и исключить ошибочную блокировку создания нового клиента по ИИН, если у существующего </w:t>
      </w:r>
      <w:r>
        <w:t>customer</w:t>
      </w:r>
      <w:r w:rsidRPr="002C43E4">
        <w:rPr>
          <w:lang w:val="ru-RU"/>
        </w:rPr>
        <w:t xml:space="preserve"> все ЛС архивные.</w:t>
      </w:r>
    </w:p>
    <w:p w14:paraId="6C0471D5" w14:textId="77777777" w:rsidR="006F1529" w:rsidRDefault="00E43723">
      <w:pPr>
        <w:pStyle w:val="1"/>
      </w:pPr>
      <w:r>
        <w:t xml:space="preserve">2. </w:t>
      </w:r>
      <w:proofErr w:type="spellStart"/>
      <w:r>
        <w:t>Термины</w:t>
      </w:r>
      <w:proofErr w:type="spellEnd"/>
      <w:r>
        <w:t xml:space="preserve"> и </w:t>
      </w:r>
      <w:proofErr w:type="spellStart"/>
      <w:r>
        <w:t>границы</w:t>
      </w:r>
      <w:proofErr w:type="spellEnd"/>
    </w:p>
    <w:tbl>
      <w:tblPr>
        <w:tblStyle w:val="aff0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128"/>
      </w:tblGrid>
      <w:tr w:rsidR="006F1529" w14:paraId="5A543C0F" w14:textId="77777777" w:rsidTr="00A448E2">
        <w:trPr>
          <w:jc w:val="center"/>
        </w:trPr>
        <w:tc>
          <w:tcPr>
            <w:tcW w:w="223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FEE2C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Термин</w:t>
            </w:r>
            <w:proofErr w:type="spellEnd"/>
          </w:p>
        </w:tc>
        <w:tc>
          <w:tcPr>
            <w:tcW w:w="7128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B0AFC8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Определение</w:t>
            </w:r>
            <w:proofErr w:type="spellEnd"/>
          </w:p>
        </w:tc>
      </w:tr>
      <w:tr w:rsidR="006F1529" w14:paraId="242C1D1B" w14:textId="77777777" w:rsidTr="00A448E2">
        <w:trPr>
          <w:jc w:val="center"/>
        </w:trPr>
        <w:tc>
          <w:tcPr>
            <w:tcW w:w="22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90FDD3" w14:textId="77777777" w:rsidR="006F1529" w:rsidRDefault="00E43723">
            <w:pPr>
              <w:spacing w:after="0"/>
            </w:pPr>
            <w:r>
              <w:rPr>
                <w:sz w:val="20"/>
              </w:rPr>
              <w:t>ЛС</w:t>
            </w:r>
          </w:p>
        </w:tc>
        <w:tc>
          <w:tcPr>
            <w:tcW w:w="71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67F3E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Лицевой счёт клиента.</w:t>
            </w:r>
            <w:proofErr w:type="spellEnd"/>
            <w:r>
              <w:rPr>
                <w:sz w:val="20"/>
              </w:rPr>
            </w:r>
            <w:proofErr w:type="spellStart"/>
            <w:r>
              <w:rPr>
                <w:sz w:val="20"/>
              </w:rPr>
            </w:r>
            <w:proofErr w:type="spellEnd"/>
            <w:r>
              <w:rPr>
                <w:sz w:val="20"/>
              </w:rPr>
            </w:r>
            <w:proofErr w:type="spellStart"/>
            <w:r>
              <w:rPr>
                <w:sz w:val="20"/>
              </w:rPr>
            </w:r>
            <w:proofErr w:type="spellEnd"/>
            <w:r>
              <w:rPr>
                <w:sz w:val="20"/>
              </w:rPr>
            </w:r>
          </w:p>
        </w:tc>
      </w:tr>
      <w:tr w:rsidR="006F1529" w:rsidRPr="001D3315" w14:paraId="0C51960F" w14:textId="77777777" w:rsidTr="00A448E2">
        <w:trPr>
          <w:jc w:val="center"/>
        </w:trPr>
        <w:tc>
          <w:tcPr>
            <w:tcW w:w="22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55565" w14:textId="77777777" w:rsidR="006F1529" w:rsidRDefault="00E43723">
            <w:pPr>
              <w:spacing w:after="0"/>
            </w:pPr>
            <w:r>
              <w:rPr>
                <w:sz w:val="20"/>
              </w:rPr>
              <w:t>Customer</w:t>
            </w:r>
          </w:p>
        </w:tc>
        <w:tc>
          <w:tcPr>
            <w:tcW w:w="71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89F390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Сущность клиента/абонента, объединяющая ЛС и идентифицируемая, в том числе, по ИИН.</w:t>
            </w:r>
          </w:p>
        </w:tc>
      </w:tr>
      <w:tr w:rsidR="006F1529" w:rsidRPr="001D3315" w14:paraId="33BB3937" w14:textId="77777777" w:rsidTr="00A448E2">
        <w:trPr>
          <w:jc w:val="center"/>
        </w:trPr>
        <w:tc>
          <w:tcPr>
            <w:tcW w:w="22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F68083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Архивный</w:t>
            </w:r>
            <w:proofErr w:type="spellEnd"/>
            <w:r>
              <w:rPr>
                <w:sz w:val="20"/>
              </w:rPr>
              <w:t xml:space="preserve"> ЛС</w:t>
            </w:r>
          </w:p>
        </w:tc>
        <w:tc>
          <w:tcPr>
            <w:tcW w:w="71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ACEADE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ЛС, переведённый в статус «Архивный» после расторжения и прохождения контрольных проверок.</w:t>
            </w:r>
          </w:p>
        </w:tc>
      </w:tr>
      <w:tr w:rsidR="006F1529" w:rsidRPr="001D3315" w14:paraId="5BE352D8" w14:textId="77777777" w:rsidTr="00A448E2">
        <w:trPr>
          <w:jc w:val="center"/>
        </w:trPr>
        <w:tc>
          <w:tcPr>
            <w:tcW w:w="22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8EC27B" w14:textId="77777777" w:rsidR="006F1529" w:rsidRDefault="00E43723">
            <w:pPr>
              <w:spacing w:after="0"/>
            </w:pPr>
            <w:r>
              <w:rPr>
                <w:sz w:val="20"/>
              </w:rPr>
              <w:t>CRM</w:t>
            </w:r>
          </w:p>
        </w:tc>
        <w:tc>
          <w:tcPr>
            <w:tcW w:w="71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C7B7CE" w14:textId="77777777" w:rsidR="006F1529" w:rsidRPr="002C43E4" w:rsidRDefault="00E43723">
            <w:pPr>
              <w:spacing w:after="0"/>
              <w:rPr>
                <w:lang w:val="ru-RU"/>
              </w:rPr>
            </w:pPr>
            <w:r>
              <w:rPr>
                <w:sz w:val="20"/>
              </w:rPr>
              <w:t>CRM</w:t>
            </w:r>
            <w:r w:rsidRPr="002C43E4">
              <w:rPr>
                <w:sz w:val="20"/>
                <w:lang w:val="ru-RU"/>
              </w:rPr>
              <w:t xml:space="preserve"> 2.0 — интерфейс поиска, просмотра и заведения клиентов/ЛС.</w:t>
            </w:r>
          </w:p>
        </w:tc>
      </w:tr>
    </w:tbl>
    <w:p w14:paraId="5B6663A4" w14:textId="77777777" w:rsidR="006F1529" w:rsidRPr="002C43E4" w:rsidRDefault="006F1529">
      <w:pPr>
        <w:spacing w:after="0"/>
        <w:rPr>
          <w:lang w:val="ru-RU"/>
        </w:rPr>
      </w:pPr>
    </w:p>
    <w:p w14:paraId="0209689E" w14:textId="77777777" w:rsidR="006F1529" w:rsidRPr="002C43E4" w:rsidRDefault="00E43723">
      <w:pPr>
        <w:rPr>
          <w:lang w:val="ru-RU"/>
        </w:rPr>
      </w:pPr>
      <w:r w:rsidRPr="002C43E4">
        <w:rPr>
          <w:lang w:val="ru-RU"/>
        </w:rPr>
        <w:t>В объём работ входят: статусная модель ЛС, автоматический процесс в Camunda, отображение данных в CRM, ограничения доступа и правило создания нового клиента по ИИН. Изменение финансовых расчётов и закрытие задолженности в объём не входят.</w:t>
      </w:r>
      <w:proofErr w:type="spellStart"/>
      <w:r/>
      <w:proofErr w:type="spellEnd"/>
      <w:r w:rsidRPr="002C43E4">
        <w:rPr>
          <w:lang w:val="ru-RU"/>
        </w:rPr>
      </w:r>
      <w:r/>
      <w:r w:rsidRPr="002C43E4">
        <w:rPr>
          <w:lang w:val="ru-RU"/>
        </w:rPr>
      </w:r>
    </w:p>
    <w:p w14:paraId="3DFF274D" w14:textId="77777777" w:rsidR="006F1529" w:rsidRPr="002C43E4" w:rsidRDefault="00E43723">
      <w:pPr>
        <w:pStyle w:val="1"/>
        <w:rPr>
          <w:lang w:val="ru-RU"/>
        </w:rPr>
      </w:pPr>
      <w:r w:rsidRPr="002C43E4">
        <w:rPr>
          <w:lang w:val="ru-RU"/>
        </w:rPr>
        <w:t>3. AS IS — текущий процесс</w:t>
      </w:r>
      <w:r/>
      <w:r w:rsidRPr="002C43E4">
        <w:rPr>
          <w:lang w:val="ru-RU"/>
        </w:rPr>
      </w:r>
    </w:p>
    <w:p w14:paraId="00938DC5" w14:textId="7382A4AE" w:rsidR="006F1529" w:rsidRPr="002C43E4" w:rsidRDefault="00E43723">
      <w:pPr>
        <w:rPr>
          <w:lang w:val="ru-RU"/>
        </w:rPr>
      </w:pPr>
      <w:r w:rsidRPr="002C43E4">
        <w:rPr>
          <w:lang w:val="ru-RU"/>
        </w:rPr>
        <w:t>В настоящее время архивирование выполняется вручную: ответственные подразделения формируют и передают списки ЛС, после чего сотрудник переводит вручную указанные ЛС в архивный статус. Системного запуска по факту расторжения и автоматической повторной проверки условий нет.</w:t>
      </w:r>
      <w:proofErr w:type="gramStart"/>
      <w:r w:rsidR="00287FAF">
        <w:rPr>
          <w:lang w:val="ru-RU"/>
        </w:rPr>
      </w:r>
      <w:r w:rsidRPr="002C43E4">
        <w:rPr>
          <w:lang w:val="ru-RU"/>
        </w:rPr>
      </w:r>
      <w:proofErr w:type="gramEnd"/>
      <w:r w:rsidRPr="002C43E4">
        <w:rPr>
          <w:lang w:val="ru-RU"/>
        </w:rPr>
      </w:r>
      <w:r w:rsidR="00287FAF">
        <w:rPr>
          <w:lang w:val="ru-RU"/>
        </w:rPr>
      </w:r>
    </w:p>
    <w:p w14:paraId="37B26C0C" w14:textId="77777777" w:rsidR="006F1529" w:rsidRDefault="00E43723">
      <w:pPr>
        <w:pStyle w:val="21"/>
      </w:pPr>
      <w:r>
        <w:t xml:space="preserve">3.1. </w:t>
      </w:r>
      <w:proofErr w:type="spellStart"/>
      <w:r>
        <w:t>Последовательность</w:t>
      </w:r>
      <w:proofErr w:type="spellEnd"/>
      <w:r>
        <w:t xml:space="preserve"> AS IS</w:t>
      </w:r>
    </w:p>
    <w:p w14:paraId="52E7EC04" w14:textId="77777777" w:rsidR="006F1529" w:rsidRPr="002C43E4" w:rsidRDefault="00E43723">
      <w:pPr>
        <w:pStyle w:val="a"/>
        <w:numPr>
          <w:ilvl w:val="0"/>
          <w:numId w:val="10"/>
        </w:numPr>
        <w:rPr>
          <w:lang w:val="ru-RU"/>
        </w:rPr>
      </w:pPr>
      <w:r w:rsidRPr="002C43E4">
        <w:rPr>
          <w:lang w:val="ru-RU"/>
        </w:rPr>
        <w:t>Инициатор формирует список ЛС, подлежащих архивированию.</w:t>
      </w:r>
    </w:p>
    <w:p w14:paraId="26562AB9" w14:textId="738A14C3" w:rsidR="006F1529" w:rsidRDefault="00E43723">
      <w:pPr>
        <w:pStyle w:val="a"/>
        <w:numPr>
          <w:ilvl w:val="0"/>
          <w:numId w:val="10"/>
        </w:numPr>
      </w:pPr>
      <w:proofErr w:type="spellStart"/>
      <w:r>
        <w:t>Список</w:t>
      </w:r>
      <w:proofErr w:type="spellEnd"/>
      <w:r w:rsidR="00287FAF">
        <w:rPr>
          <w:lang w:val="ru-RU"/>
        </w:rPr>
        <w:t xml:space="preserve"> </w:t>
      </w:r>
      <w:proofErr w:type="spellStart"/>
      <w:r>
        <w:t>передаётся</w:t>
      </w:r>
      <w:proofErr w:type="spellEnd"/>
      <w:r w:rsidR="00287FAF">
        <w:rPr>
          <w:lang w:val="ru-RU"/>
        </w:rPr>
        <w:t xml:space="preserve"> </w:t>
      </w:r>
      <w:proofErr w:type="spellStart"/>
      <w:r>
        <w:t>ответственному</w:t>
      </w:r>
      <w:proofErr w:type="spellEnd"/>
      <w:r w:rsidR="00287FAF">
        <w:rPr>
          <w:lang w:val="ru-RU"/>
        </w:rPr>
        <w:t xml:space="preserve"> </w:t>
      </w:r>
      <w:proofErr w:type="spellStart"/>
      <w:r>
        <w:t>исполнителю</w:t>
      </w:r>
      <w:proofErr w:type="spellEnd"/>
      <w:r>
        <w:t>.</w:t>
      </w:r>
    </w:p>
    <w:p w14:paraId="52B1C9CE" w14:textId="77777777" w:rsidR="006F1529" w:rsidRPr="002C43E4" w:rsidRDefault="00E43723">
      <w:pPr>
        <w:pStyle w:val="a"/>
        <w:numPr>
          <w:ilvl w:val="0"/>
          <w:numId w:val="10"/>
        </w:numPr>
        <w:rPr>
          <w:lang w:val="ru-RU"/>
        </w:rPr>
      </w:pPr>
      <w:r w:rsidRPr="002C43E4">
        <w:rPr>
          <w:lang w:val="ru-RU"/>
        </w:rPr>
        <w:t>Исполнитель вручную проверяет данные и выполняет перевод ЛС в архив.</w:t>
      </w:r>
    </w:p>
    <w:p w14:paraId="0997D26F" w14:textId="77777777" w:rsidR="006F1529" w:rsidRPr="002C43E4" w:rsidRDefault="00E43723">
      <w:pPr>
        <w:pStyle w:val="a"/>
        <w:numPr>
          <w:ilvl w:val="0"/>
          <w:numId w:val="10"/>
        </w:numPr>
        <w:rPr>
          <w:lang w:val="ru-RU"/>
        </w:rPr>
      </w:pPr>
      <w:r w:rsidRPr="002C43E4">
        <w:rPr>
          <w:lang w:val="ru-RU"/>
        </w:rPr>
        <w:t>При обнаружении препятствий ЛС исключается из списка или обрабатывается повторно после ручного уточнения.</w:t>
      </w:r>
    </w:p>
    <w:p w14:paraId="2070A3B3" w14:textId="77777777" w:rsidR="006F1529" w:rsidRPr="002C43E4" w:rsidRDefault="00E43723">
      <w:pPr>
        <w:pStyle w:val="a"/>
        <w:numPr>
          <w:ilvl w:val="0"/>
          <w:numId w:val="10"/>
        </w:numPr>
        <w:rPr>
          <w:lang w:val="ru-RU"/>
        </w:rPr>
      </w:pPr>
      <w:r w:rsidRPr="002C43E4">
        <w:rPr>
          <w:lang w:val="ru-RU"/>
        </w:rPr>
        <w:t xml:space="preserve">Результат контролируется выборочно в </w:t>
      </w:r>
      <w:r>
        <w:t>CRM</w:t>
      </w:r>
      <w:r w:rsidRPr="002C43E4">
        <w:rPr>
          <w:lang w:val="ru-RU"/>
        </w:rPr>
        <w:t>.</w:t>
      </w:r>
    </w:p>
    <w:p w14:paraId="1C44C66C" w14:textId="77777777" w:rsidR="006F1529" w:rsidRDefault="00E43723">
      <w:pPr>
        <w:pStyle w:val="21"/>
      </w:pPr>
      <w:r>
        <w:lastRenderedPageBreak/>
        <w:t xml:space="preserve">3.2. </w:t>
      </w:r>
      <w:proofErr w:type="spellStart"/>
      <w:r>
        <w:t>Проблемы</w:t>
      </w:r>
      <w:proofErr w:type="spellEnd"/>
      <w:r>
        <w:t xml:space="preserve"> AS IS</w:t>
      </w:r>
    </w:p>
    <w:p w14:paraId="157CE026" w14:textId="77777777" w:rsidR="006F1529" w:rsidRPr="002C43E4" w:rsidRDefault="00E43723">
      <w:pPr>
        <w:pStyle w:val="a0"/>
        <w:rPr>
          <w:lang w:val="ru-RU"/>
        </w:rPr>
      </w:pPr>
      <w:r w:rsidRPr="002C43E4">
        <w:rPr>
          <w:lang w:val="ru-RU"/>
        </w:rPr>
        <w:t>зависимость от полноты и своевременности передаваемых списков;</w:t>
      </w:r>
    </w:p>
    <w:p w14:paraId="72AFCD25" w14:textId="77777777" w:rsidR="006F1529" w:rsidRPr="002C43E4" w:rsidRDefault="00E43723">
      <w:pPr>
        <w:pStyle w:val="a0"/>
        <w:rPr>
          <w:lang w:val="ru-RU"/>
        </w:rPr>
      </w:pPr>
      <w:r w:rsidRPr="002C43E4">
        <w:rPr>
          <w:lang w:val="ru-RU"/>
        </w:rPr>
        <w:t>риск пропуска ЛС, ошибок и повторной обработки;</w:t>
      </w:r>
    </w:p>
    <w:p w14:paraId="5D5DFF3F" w14:textId="77777777" w:rsidR="006F1529" w:rsidRPr="002C43E4" w:rsidRDefault="00E43723">
      <w:pPr>
        <w:pStyle w:val="a0"/>
        <w:rPr>
          <w:lang w:val="ru-RU"/>
        </w:rPr>
      </w:pPr>
      <w:r w:rsidRPr="002C43E4">
        <w:rPr>
          <w:lang w:val="ru-RU"/>
        </w:rPr>
        <w:t>отсутствие гарантированной ежедневной перепроверки невыполненных условий;</w:t>
      </w:r>
    </w:p>
    <w:p w14:paraId="7A1608FF" w14:textId="77777777" w:rsidR="006F1529" w:rsidRPr="002C43E4" w:rsidRDefault="00E43723">
      <w:pPr>
        <w:pStyle w:val="a0"/>
        <w:rPr>
          <w:lang w:val="ru-RU"/>
        </w:rPr>
      </w:pPr>
      <w:r w:rsidRPr="002C43E4">
        <w:rPr>
          <w:lang w:val="ru-RU"/>
        </w:rPr>
        <w:t>непрозрачный срок перехода из статуса «Расторгнут» в статус «Архивный»;</w:t>
      </w:r>
    </w:p>
    <w:p w14:paraId="3A641B2B" w14:textId="77777777" w:rsidR="006F1529" w:rsidRPr="002C43E4" w:rsidRDefault="00E43723">
      <w:pPr>
        <w:pStyle w:val="1"/>
        <w:rPr>
          <w:lang w:val="ru-RU"/>
        </w:rPr>
      </w:pPr>
      <w:r w:rsidRPr="002C43E4">
        <w:rPr>
          <w:lang w:val="ru-RU"/>
        </w:rPr>
        <w:t>4. TO BE — целевой процесс</w:t>
      </w:r>
      <w:r/>
      <w:r w:rsidRPr="002C43E4">
        <w:rPr>
          <w:lang w:val="ru-RU"/>
        </w:rPr>
      </w:r>
    </w:p>
    <w:p w14:paraId="2D731644" w14:textId="77777777" w:rsidR="006F1529" w:rsidRPr="002C43E4" w:rsidRDefault="00E43723">
      <w:pPr>
        <w:rPr>
          <w:lang w:val="ru-RU"/>
        </w:rPr>
      </w:pPr>
      <w:r w:rsidRPr="002C43E4">
        <w:rPr>
          <w:lang w:val="ru-RU"/>
        </w:rPr>
        <w:t>Целевой процесс запускается автоматически после расторжения ЛС</w:t>
      </w:r>
      <w:r w:rsidR="002C43E4">
        <w:rPr>
          <w:lang w:val="ru-RU"/>
        </w:rPr>
        <w:t xml:space="preserve">. </w:t>
      </w:r>
      <w:r>
        <w:t>CRM</w:t>
      </w:r>
      <w:r w:rsidRPr="002C43E4">
        <w:rPr>
          <w:lang w:val="ru-RU"/>
        </w:rPr>
        <w:t xml:space="preserve"> получает актуальные статусы и применяет правила отображения, доступа и создания клиента.</w:t>
      </w:r>
    </w:p>
    <w:p w14:paraId="3329F9C8" w14:textId="77777777" w:rsidR="006F1529" w:rsidRDefault="00E43723">
      <w:pPr>
        <w:pStyle w:val="21"/>
      </w:pPr>
      <w:r>
        <w:t xml:space="preserve">4.1. </w:t>
      </w:r>
      <w:proofErr w:type="spellStart"/>
      <w:r>
        <w:t>Архивирование</w:t>
      </w:r>
      <w:proofErr w:type="spellEnd"/>
      <w:r>
        <w:t xml:space="preserve"> ЛС </w:t>
      </w:r>
    </w:p>
    <w:p w14:paraId="6C6047A5" w14:textId="77777777" w:rsidR="006F1529" w:rsidRPr="002C43E4" w:rsidRDefault="00E43723">
      <w:pPr>
        <w:pStyle w:val="a"/>
        <w:numPr>
          <w:ilvl w:val="0"/>
          <w:numId w:val="11"/>
        </w:numPr>
        <w:rPr>
          <w:lang w:val="ru-RU"/>
        </w:rPr>
      </w:pPr>
      <w:r w:rsidRPr="002C43E4">
        <w:rPr>
          <w:lang w:val="ru-RU"/>
        </w:rPr>
        <w:t>После расторжения ЛС система устанавливает статус «Расторгнут» и создаёт экземпляр процесса архивирования.</w:t>
      </w:r>
    </w:p>
    <w:p w14:paraId="44A9648D" w14:textId="77777777" w:rsidR="006F1529" w:rsidRPr="002C43E4" w:rsidRDefault="00E43723">
      <w:pPr>
        <w:pStyle w:val="a"/>
        <w:numPr>
          <w:ilvl w:val="0"/>
          <w:numId w:val="11"/>
        </w:numPr>
        <w:rPr>
          <w:lang w:val="ru-RU"/>
        </w:rPr>
      </w:pPr>
      <w:r w:rsidRPr="002C43E4">
        <w:rPr>
          <w:lang w:val="ru-RU"/>
        </w:rPr>
        <w:t>Процесс ожидает 30 календарных дней с даты/времени расторжения.</w:t>
      </w:r>
    </w:p>
    <w:p w14:paraId="3183465F" w14:textId="77777777" w:rsidR="006F1529" w:rsidRPr="002C43E4" w:rsidRDefault="00E43723">
      <w:pPr>
        <w:pStyle w:val="a"/>
        <w:numPr>
          <w:ilvl w:val="0"/>
          <w:numId w:val="11"/>
        </w:numPr>
        <w:rPr>
          <w:lang w:val="ru-RU"/>
        </w:rPr>
      </w:pPr>
      <w:r w:rsidRPr="002C43E4">
        <w:rPr>
          <w:lang w:val="ru-RU"/>
        </w:rPr>
        <w:t>После ожидания система повторно проверяет, что ЛС остаётся расторгнутым и отсутствуют дебетовое и кредитовое сальдо.</w:t>
      </w:r>
      <w:r w:rsidR="00917EA5">
        <w:rPr>
          <w:lang w:val="ru-RU"/>
        </w:rPr>
      </w:r>
      <w:proofErr w:type="spellStart"/>
      <w:r w:rsidR="00917EA5">
        <w:rPr>
          <w:lang w:val="ru-RU"/>
        </w:rPr>
      </w:r>
      <w:proofErr w:type="spellEnd"/>
      <w:r w:rsidR="00917EA5">
        <w:rPr>
          <w:lang w:val="ru-RU"/>
        </w:rPr>
      </w:r>
      <w:proofErr w:type="gramStart"/>
      <w:r w:rsidR="00917EA5">
        <w:rPr>
          <w:lang w:val="ru-RU"/>
        </w:rPr>
      </w:r>
      <w:proofErr w:type="gramEnd"/>
      <w:r w:rsidR="00917EA5">
        <w:rPr>
          <w:lang w:val="ru-RU"/>
        </w:rPr>
      </w:r>
      <w:r w:rsidRPr="002C43E4">
        <w:rPr>
          <w:lang w:val="ru-RU"/>
        </w:rPr>
      </w:r>
    </w:p>
    <w:p w14:paraId="142F797D" w14:textId="77777777" w:rsidR="006F1529" w:rsidRPr="002C43E4" w:rsidRDefault="00E43723">
      <w:pPr>
        <w:pStyle w:val="a"/>
        <w:numPr>
          <w:ilvl w:val="0"/>
          <w:numId w:val="11"/>
        </w:numPr>
        <w:rPr>
          <w:lang w:val="ru-RU"/>
        </w:rPr>
      </w:pPr>
      <w:r w:rsidRPr="002C43E4">
        <w:rPr>
          <w:lang w:val="ru-RU"/>
        </w:rPr>
        <w:t xml:space="preserve">Если все условия выполнены, ЛС переводится в статус «Архивный», а </w:t>
      </w:r>
      <w:r>
        <w:t>CRM</w:t>
      </w:r>
      <w:r w:rsidRPr="002C43E4">
        <w:rPr>
          <w:lang w:val="ru-RU"/>
        </w:rPr>
        <w:t xml:space="preserve"> получает/читает обновлённый статус.</w:t>
      </w:r>
    </w:p>
    <w:p w14:paraId="7C54751E" w14:textId="6F1C9AB6" w:rsidR="006F1529" w:rsidRDefault="00E43723">
      <w:pPr>
        <w:pStyle w:val="a"/>
        <w:numPr>
          <w:ilvl w:val="0"/>
          <w:numId w:val="11"/>
        </w:numPr>
      </w:pPr>
      <w:r w:rsidRPr="002C43E4">
        <w:rPr>
          <w:lang w:val="ru-RU"/>
        </w:rPr>
        <w:t xml:space="preserve">Если хотя бы одно условие не выполнено, ЛС остаётся в статусе «Расторгнут». </w:t>
      </w:r>
      <w:proofErr w:type="spellStart"/>
      <w:r>
        <w:t>Процесс</w:t>
      </w:r>
      <w:proofErr w:type="spellEnd"/>
      <w:r w:rsidR="00287FAF">
        <w:rPr>
          <w:lang w:val="ru-RU"/>
        </w:rPr>
        <w:t xml:space="preserve"> </w:t>
      </w:r>
      <w:proofErr w:type="spellStart"/>
      <w:r>
        <w:t>ожидает</w:t>
      </w:r>
      <w:proofErr w:type="spellEnd"/>
      <w:r w:rsidR="00287FAF">
        <w:rPr>
          <w:lang w:val="ru-RU"/>
        </w:rPr>
        <w:t xml:space="preserve"> </w:t>
      </w:r>
      <w:proofErr w:type="spellStart"/>
      <w:r>
        <w:t>до</w:t>
      </w:r>
      <w:proofErr w:type="spellEnd"/>
      <w:r w:rsidR="00287FAF">
        <w:rPr>
          <w:lang w:val="ru-RU"/>
        </w:rPr>
        <w:t xml:space="preserve"> </w:t>
      </w:r>
      <w:proofErr w:type="spellStart"/>
      <w:r>
        <w:t>следующего</w:t>
      </w:r>
      <w:proofErr w:type="spellEnd"/>
      <w:r>
        <w:t xml:space="preserve"> </w:t>
      </w:r>
      <w:proofErr w:type="spellStart"/>
      <w:r>
        <w:t>ежедневного</w:t>
      </w:r>
      <w:proofErr w:type="spellEnd"/>
      <w:r>
        <w:t xml:space="preserve"> </w:t>
      </w:r>
      <w:proofErr w:type="spellStart"/>
      <w:r>
        <w:t>запуска</w:t>
      </w:r>
      <w:proofErr w:type="spellEnd"/>
      <w:r>
        <w:t xml:space="preserve"> и </w:t>
      </w:r>
      <w:proofErr w:type="spellStart"/>
      <w:r>
        <w:t>повторяет</w:t>
      </w:r>
      <w:proofErr w:type="spellEnd"/>
      <w:r>
        <w:t xml:space="preserve"> </w:t>
      </w:r>
      <w:proofErr w:type="spellStart"/>
      <w:r>
        <w:t>проверки</w:t>
      </w:r>
      <w:proofErr w:type="spellEnd"/>
      <w:r>
        <w:t>.</w:t>
      </w:r>
    </w:p>
    <w:p w14:paraId="4F1DEF64" w14:textId="4F6128DD" w:rsidR="006F1529" w:rsidRPr="002C43E4" w:rsidRDefault="00E43723">
      <w:pPr>
        <w:pStyle w:val="a"/>
        <w:numPr>
          <w:ilvl w:val="0"/>
          <w:numId w:val="11"/>
        </w:numPr>
        <w:rPr>
          <w:lang w:val="ru-RU"/>
        </w:rPr>
      </w:pPr>
      <w:r w:rsidRPr="002C43E4">
        <w:rPr>
          <w:lang w:val="ru-RU"/>
        </w:rPr>
        <w:t>Повторные проверки выполняются ежедневно до успешного архивирования либо до завершения/ручного вмешательства уполномоченного администратора.</w:t>
      </w:r>
      <w:proofErr w:type="gramStart"/>
      <w:r w:rsidRPr="002C43E4">
        <w:rPr>
          <w:lang w:val="ru-RU"/>
        </w:rPr>
      </w:r>
      <w:proofErr w:type="gramEnd"/>
      <w:r w:rsidRPr="002C43E4">
        <w:rPr>
          <w:lang w:val="ru-RU"/>
        </w:rPr>
      </w:r>
    </w:p>
    <w:p w14:paraId="4A75B3F5" w14:textId="77777777" w:rsidR="006F1529" w:rsidRDefault="00E43723">
      <w:pPr>
        <w:pStyle w:val="21"/>
      </w:pPr>
      <w:r>
        <w:t xml:space="preserve">4.2.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проверок</w:t>
      </w:r>
      <w:proofErr w:type="spellEnd"/>
    </w:p>
    <w:tbl>
      <w:tblPr>
        <w:tblStyle w:val="aff0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232"/>
        <w:gridCol w:w="3096"/>
        <w:gridCol w:w="3096"/>
      </w:tblGrid>
      <w:tr w:rsidR="006F1529" w14:paraId="5444C857" w14:textId="77777777" w:rsidTr="00287FAF">
        <w:trPr>
          <w:jc w:val="center"/>
        </w:trPr>
        <w:tc>
          <w:tcPr>
            <w:tcW w:w="936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595AC" w14:textId="77777777" w:rsidR="006F1529" w:rsidRDefault="00E43723">
            <w:pPr>
              <w:spacing w:after="0"/>
            </w:pPr>
            <w:r>
              <w:rPr>
                <w:b/>
                <w:color w:val="1F3A5F"/>
                <w:sz w:val="20"/>
              </w:rPr>
              <w:t>ID</w:t>
            </w:r>
          </w:p>
        </w:tc>
        <w:tc>
          <w:tcPr>
            <w:tcW w:w="223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CBAEE4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Проверка</w:t>
            </w:r>
            <w:proofErr w:type="spellEnd"/>
          </w:p>
        </w:tc>
        <w:tc>
          <w:tcPr>
            <w:tcW w:w="3096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013EA4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Условие</w:t>
            </w:r>
            <w:proofErr w:type="spellEnd"/>
            <w:r>
              <w:rPr>
                <w:b/>
                <w:color w:val="1F3A5F"/>
                <w:sz w:val="20"/>
              </w:rPr>
              <w:t xml:space="preserve"> </w:t>
            </w:r>
            <w:proofErr w:type="spellStart"/>
            <w:r>
              <w:rPr>
                <w:b/>
                <w:color w:val="1F3A5F"/>
                <w:sz w:val="20"/>
              </w:rPr>
              <w:t>успешного</w:t>
            </w:r>
            <w:proofErr w:type="spellEnd"/>
            <w:r>
              <w:rPr>
                <w:b/>
                <w:color w:val="1F3A5F"/>
                <w:sz w:val="20"/>
              </w:rPr>
              <w:t xml:space="preserve"> </w:t>
            </w:r>
            <w:proofErr w:type="spellStart"/>
            <w:r>
              <w:rPr>
                <w:b/>
                <w:color w:val="1F3A5F"/>
                <w:sz w:val="20"/>
              </w:rPr>
              <w:t>прохождения</w:t>
            </w:r>
            <w:proofErr w:type="spellEnd"/>
          </w:p>
        </w:tc>
        <w:tc>
          <w:tcPr>
            <w:tcW w:w="3096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CCDCF0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Действие</w:t>
            </w:r>
            <w:proofErr w:type="spellEnd"/>
            <w:r>
              <w:rPr>
                <w:b/>
                <w:color w:val="1F3A5F"/>
                <w:sz w:val="20"/>
              </w:rPr>
              <w:t xml:space="preserve"> </w:t>
            </w:r>
            <w:proofErr w:type="spellStart"/>
            <w:r>
              <w:rPr>
                <w:b/>
                <w:color w:val="1F3A5F"/>
                <w:sz w:val="20"/>
              </w:rPr>
              <w:t>при</w:t>
            </w:r>
            <w:proofErr w:type="spellEnd"/>
            <w:r>
              <w:rPr>
                <w:b/>
                <w:color w:val="1F3A5F"/>
                <w:sz w:val="20"/>
              </w:rPr>
              <w:t xml:space="preserve"> </w:t>
            </w:r>
            <w:proofErr w:type="spellStart"/>
            <w:r>
              <w:rPr>
                <w:b/>
                <w:color w:val="1F3A5F"/>
                <w:sz w:val="20"/>
              </w:rPr>
              <w:t>отказе</w:t>
            </w:r>
            <w:proofErr w:type="spellEnd"/>
          </w:p>
        </w:tc>
      </w:tr>
      <w:tr w:rsidR="006F1529" w:rsidRPr="001D3315" w14:paraId="51E66F3A" w14:textId="77777777" w:rsidTr="00287FAF">
        <w:trPr>
          <w:jc w:val="center"/>
        </w:trPr>
        <w:tc>
          <w:tcPr>
            <w:tcW w:w="9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C693AF" w14:textId="77777777" w:rsidR="006F1529" w:rsidRDefault="00E43723">
            <w:pPr>
              <w:spacing w:after="0"/>
            </w:pPr>
            <w:r>
              <w:rPr>
                <w:sz w:val="20"/>
              </w:rPr>
              <w:t>CHK-01</w:t>
            </w:r>
          </w:p>
        </w:tc>
        <w:tc>
          <w:tcPr>
            <w:tcW w:w="22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1C97DB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Дебетовое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сальдо</w:t>
            </w:r>
            <w:proofErr w:type="spellEnd"/>
          </w:p>
        </w:tc>
        <w:tc>
          <w:tcPr>
            <w:tcW w:w="30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FAB35B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Отсутствует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задолженность</w:t>
            </w:r>
            <w:proofErr w:type="spellEnd"/>
          </w:p>
        </w:tc>
        <w:tc>
          <w:tcPr>
            <w:tcW w:w="30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BF7B35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Оставить «Расторгнут», проверить на следующий день</w:t>
            </w:r>
          </w:p>
        </w:tc>
      </w:tr>
      <w:tr w:rsidR="006F1529" w:rsidRPr="001D3315" w14:paraId="03C8B7CB" w14:textId="77777777" w:rsidTr="00287FAF">
        <w:trPr>
          <w:jc w:val="center"/>
        </w:trPr>
        <w:tc>
          <w:tcPr>
            <w:tcW w:w="9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45EF25" w14:textId="77777777" w:rsidR="006F1529" w:rsidRDefault="00E43723">
            <w:pPr>
              <w:spacing w:after="0"/>
            </w:pPr>
            <w:r>
              <w:rPr>
                <w:sz w:val="20"/>
              </w:rPr>
              <w:t>CHK-02</w:t>
            </w:r>
          </w:p>
        </w:tc>
        <w:tc>
          <w:tcPr>
            <w:tcW w:w="22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F42792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Кредитовое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сальдо</w:t>
            </w:r>
            <w:proofErr w:type="spellEnd"/>
          </w:p>
        </w:tc>
        <w:tc>
          <w:tcPr>
            <w:tcW w:w="30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9EF0AA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Отсутствует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переплата</w:t>
            </w:r>
            <w:proofErr w:type="spellEnd"/>
          </w:p>
        </w:tc>
        <w:tc>
          <w:tcPr>
            <w:tcW w:w="30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83A7CB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Оставить «Расторгнут», проверить на следующий день</w:t>
            </w:r>
          </w:p>
        </w:tc>
      </w:tr>
    </w:tbl>
    <w:p w14:paraId="75ABD4B1" w14:textId="77777777" w:rsidR="006F1529" w:rsidRPr="002C43E4" w:rsidRDefault="006F1529">
      <w:pPr>
        <w:spacing w:after="0"/>
        <w:rPr>
          <w:lang w:val="ru-RU"/>
        </w:rPr>
      </w:pPr>
    </w:p>
    <w:p w14:paraId="5C0B8B67" w14:textId="77777777" w:rsidR="006F1529" w:rsidRDefault="00E43723">
      <w:pPr>
        <w:pStyle w:val="21"/>
      </w:pPr>
      <w:r>
        <w:t xml:space="preserve">4.3. </w:t>
      </w:r>
      <w:proofErr w:type="spellStart"/>
      <w:r>
        <w:t>Идемпотентность</w:t>
      </w:r>
      <w:proofErr w:type="spellEnd"/>
      <w:r>
        <w:t xml:space="preserve"> и </w:t>
      </w:r>
      <w:proofErr w:type="spellStart"/>
      <w:r>
        <w:t>журналирование</w:t>
      </w:r>
      <w:proofErr w:type="spellEnd"/>
    </w:p>
    <w:p w14:paraId="41EFC70F" w14:textId="77777777" w:rsidR="006F1529" w:rsidRPr="002C43E4" w:rsidRDefault="00E43723">
      <w:pPr>
        <w:pStyle w:val="a0"/>
        <w:rPr>
          <w:lang w:val="ru-RU"/>
        </w:rPr>
      </w:pPr>
      <w:r w:rsidRPr="002C43E4">
        <w:rPr>
          <w:lang w:val="ru-RU"/>
        </w:rPr>
        <w:t>повторный запуск процесса не должен повторно архивировать уже архивный ЛС;</w:t>
      </w:r>
    </w:p>
    <w:p w14:paraId="26B45FB8" w14:textId="77777777" w:rsidR="006F1529" w:rsidRPr="002C43E4" w:rsidRDefault="00E43723">
      <w:pPr>
        <w:pStyle w:val="a0"/>
        <w:rPr>
          <w:lang w:val="ru-RU"/>
        </w:rPr>
      </w:pPr>
      <w:r w:rsidRPr="002C43E4">
        <w:rPr>
          <w:lang w:val="ru-RU"/>
        </w:rPr>
        <w:t>каждая проверка фиксирует дату/время, идентификатор ЛС, результат и причину отказа;</w:t>
      </w:r>
    </w:p>
    <w:p w14:paraId="70C8E471" w14:textId="77777777" w:rsidR="006F1529" w:rsidRPr="002C43E4" w:rsidRDefault="00E43723">
      <w:pPr>
        <w:pStyle w:val="a0"/>
        <w:rPr>
          <w:lang w:val="ru-RU"/>
        </w:rPr>
      </w:pPr>
      <w:r w:rsidRPr="002C43E4">
        <w:rPr>
          <w:lang w:val="ru-RU"/>
        </w:rPr>
        <w:lastRenderedPageBreak/>
        <w:t>ошибка интеграции не считается выполнением бизнес-условия; должна выполняться техническая повторная попытка;</w:t>
      </w:r>
    </w:p>
    <w:p w14:paraId="65F0B1A5" w14:textId="77777777" w:rsidR="006F1529" w:rsidRPr="002C43E4" w:rsidRDefault="00E43723">
      <w:pPr>
        <w:pStyle w:val="a0"/>
        <w:rPr>
          <w:lang w:val="ru-RU"/>
        </w:rPr>
      </w:pPr>
      <w:r w:rsidRPr="002C43E4">
        <w:rPr>
          <w:lang w:val="ru-RU"/>
        </w:rPr>
        <w:t>ручное изменение статуса допускается только для уполномоченной роли с обязательным аудитом.</w:t>
      </w:r>
    </w:p>
    <w:p w14:paraId="5DDBE4AD" w14:textId="77777777" w:rsidR="006F1529" w:rsidRPr="002C43E4" w:rsidRDefault="00E43723">
      <w:pPr>
        <w:pStyle w:val="1"/>
        <w:rPr>
          <w:lang w:val="ru-RU"/>
        </w:rPr>
      </w:pPr>
      <w:r w:rsidRPr="002C43E4">
        <w:rPr>
          <w:lang w:val="ru-RU"/>
        </w:rPr>
        <w:t xml:space="preserve">5. Требования к </w:t>
      </w:r>
      <w:r>
        <w:t>CRM</w:t>
      </w:r>
      <w:r w:rsidRPr="002C43E4">
        <w:rPr>
          <w:lang w:val="ru-RU"/>
        </w:rPr>
        <w:t xml:space="preserve"> 2.0</w:t>
      </w:r>
    </w:p>
    <w:p w14:paraId="57E0A39A" w14:textId="77777777" w:rsidR="006F1529" w:rsidRPr="002C43E4" w:rsidRDefault="00E43723">
      <w:pPr>
        <w:pStyle w:val="21"/>
        <w:rPr>
          <w:lang w:val="ru-RU"/>
        </w:rPr>
      </w:pPr>
      <w:r w:rsidRPr="002C43E4">
        <w:rPr>
          <w:lang w:val="ru-RU"/>
        </w:rPr>
        <w:t xml:space="preserve">5.1. Отображение </w:t>
      </w:r>
      <w:r>
        <w:t>customer</w:t>
      </w:r>
      <w:r w:rsidRPr="002C43E4">
        <w:rPr>
          <w:lang w:val="ru-RU"/>
        </w:rPr>
        <w:t xml:space="preserve"> и ЛС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6F1529" w14:paraId="4DF3092B" w14:textId="77777777" w:rsidTr="00F85DAF">
        <w:trPr>
          <w:jc w:val="center"/>
        </w:trPr>
        <w:tc>
          <w:tcPr>
            <w:tcW w:w="288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F13438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Ситуация</w:t>
            </w:r>
            <w:proofErr w:type="spellEnd"/>
          </w:p>
        </w:tc>
        <w:tc>
          <w:tcPr>
            <w:tcW w:w="648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6D2A0D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Результат</w:t>
            </w:r>
            <w:proofErr w:type="spellEnd"/>
            <w:r>
              <w:rPr>
                <w:b/>
                <w:color w:val="1F3A5F"/>
                <w:sz w:val="20"/>
              </w:rPr>
              <w:t xml:space="preserve"> в CRM</w:t>
            </w:r>
          </w:p>
        </w:tc>
      </w:tr>
      <w:tr w:rsidR="006F1529" w:rsidRPr="00F85DAF" w14:paraId="128675E4" w14:textId="77777777" w:rsidTr="00F85DAF">
        <w:trPr>
          <w:jc w:val="center"/>
        </w:trPr>
        <w:tc>
          <w:tcPr>
            <w:tcW w:w="28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B3854B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 xml:space="preserve">У </w:t>
            </w:r>
            <w:r>
              <w:rPr>
                <w:sz w:val="20"/>
              </w:rPr>
              <w:t>customer</w:t>
            </w:r>
            <w:r w:rsidRPr="002C43E4">
              <w:rPr>
                <w:sz w:val="20"/>
                <w:lang w:val="ru-RU"/>
              </w:rPr>
              <w:t xml:space="preserve"> есть хотя бы один </w:t>
            </w:r>
            <w:proofErr w:type="spellStart"/>
            <w:r w:rsidRPr="002C43E4">
              <w:rPr>
                <w:sz w:val="20"/>
                <w:lang w:val="ru-RU"/>
              </w:rPr>
              <w:t>неархивный</w:t>
            </w:r>
            <w:proofErr w:type="spellEnd"/>
            <w:r w:rsidRPr="002C43E4">
              <w:rPr>
                <w:sz w:val="20"/>
                <w:lang w:val="ru-RU"/>
              </w:rPr>
              <w:t xml:space="preserve"> ЛС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0D83D0" w14:textId="09C17858" w:rsidR="006F1529" w:rsidRPr="002C43E4" w:rsidRDefault="00E43723">
            <w:pPr>
              <w:spacing w:after="0"/>
              <w:rPr>
                <w:lang w:val="ru-RU"/>
              </w:rPr>
            </w:pPr>
            <w:r>
              <w:rPr>
                <w:sz w:val="20"/>
              </w:rPr>
              <w:t>Customer</w:t>
            </w:r>
            <w:r w:rsidRPr="002C43E4">
              <w:rPr>
                <w:sz w:val="20"/>
                <w:lang w:val="ru-RU"/>
              </w:rPr>
              <w:t xml:space="preserve"> доступен как действующий. </w:t>
            </w:r>
            <w:proofErr w:type="spellStart"/>
            <w:r w:rsidRPr="002C43E4">
              <w:rPr>
                <w:sz w:val="20"/>
                <w:lang w:val="ru-RU"/>
              </w:rPr>
              <w:t>Неархивные</w:t>
            </w:r>
            <w:proofErr w:type="spellEnd"/>
            <w:r w:rsidRPr="002C43E4">
              <w:rPr>
                <w:sz w:val="20"/>
                <w:lang w:val="ru-RU"/>
              </w:rPr>
              <w:t xml:space="preserve"> ЛС отображаются полностью; архивные ЛС — со статусом «Архивный» и ограниченным набором данных.</w:t>
            </w:r>
            <w:r w:rsidR="00F85DAF" w:rsidRPr="002C43E4">
              <w:rPr>
                <w:sz w:val="20"/>
                <w:lang w:val="ru-RU"/>
              </w:rPr>
              <w:t xml:space="preserve"> Не отображаются финансовая информация, начисления, заказы, операции</w:t>
            </w:r>
          </w:p>
        </w:tc>
      </w:tr>
      <w:tr w:rsidR="006F1529" w:rsidRPr="001D3315" w14:paraId="7AAAB963" w14:textId="77777777" w:rsidTr="00F85DAF">
        <w:trPr>
          <w:jc w:val="center"/>
        </w:trPr>
        <w:tc>
          <w:tcPr>
            <w:tcW w:w="28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56F90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Все</w:t>
            </w:r>
            <w:proofErr w:type="spellEnd"/>
            <w:r>
              <w:rPr>
                <w:sz w:val="20"/>
              </w:rPr>
              <w:t xml:space="preserve"> ЛС customer </w:t>
            </w:r>
            <w:proofErr w:type="spellStart"/>
            <w:r>
              <w:rPr>
                <w:sz w:val="20"/>
              </w:rPr>
              <w:t>архивные</w:t>
            </w:r>
            <w:proofErr w:type="spellEnd"/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75C8F3" w14:textId="77777777" w:rsidR="006F1529" w:rsidRPr="002C43E4" w:rsidRDefault="00E43723">
            <w:pPr>
              <w:spacing w:after="0"/>
              <w:rPr>
                <w:lang w:val="ru-RU"/>
              </w:rPr>
            </w:pPr>
            <w:r>
              <w:rPr>
                <w:sz w:val="20"/>
              </w:rPr>
              <w:t>Customer</w:t>
            </w:r>
            <w:r w:rsidRPr="002C43E4">
              <w:rPr>
                <w:sz w:val="20"/>
                <w:lang w:val="ru-RU"/>
              </w:rPr>
              <w:t xml:space="preserve"> отображается в результатах поиска со статусом «Архивный». Карточка/кнопка перехода для обычного пользователя неактивна либо открывается только в ограниченном режиме согласно ролевой модели.</w:t>
            </w:r>
          </w:p>
        </w:tc>
      </w:tr>
      <w:tr w:rsidR="00F85DAF" w:rsidRPr="001D3315" w14:paraId="0FE80ECA" w14:textId="77777777" w:rsidTr="00F85DAF">
        <w:trPr>
          <w:jc w:val="center"/>
        </w:trPr>
        <w:tc>
          <w:tcPr>
            <w:tcW w:w="28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970421" w14:textId="2ECC49EC" w:rsidR="00F85DAF" w:rsidRDefault="00F85DAF">
            <w:pPr>
              <w:spacing w:after="0"/>
            </w:pPr>
            <w:proofErr w:type="spellStart"/>
            <w:r>
              <w:rPr>
                <w:sz w:val="20"/>
              </w:rPr>
              <w:t>Пользователь с расширенными правами</w:t>
            </w:r>
            <w:proofErr w:type="spellEnd"/>
            <w:r>
              <w:rPr>
                <w:sz w:val="20"/>
              </w:rPr>
            </w:r>
            <w:proofErr w:type="spellStart"/>
            <w:r>
              <w:rPr>
                <w:sz w:val="20"/>
              </w:rPr>
            </w:r>
            <w:proofErr w:type="spellEnd"/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860E86" w14:textId="27EDA9AD" w:rsidR="00F85DAF" w:rsidRPr="002C43E4" w:rsidRDefault="00F85DAF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Доступ определяется отдельной ролью; ограничения обычного пользователя могут быть сняты только в пределах утверждённых полномочий.</w:t>
            </w:r>
          </w:p>
        </w:tc>
      </w:tr>
      <w:tr w:rsidR="00F85DAF" w:rsidRPr="001D3315" w14:paraId="4F6A8C4D" w14:textId="77777777" w:rsidTr="00F85DAF">
        <w:trPr>
          <w:jc w:val="center"/>
        </w:trPr>
        <w:tc>
          <w:tcPr>
            <w:tcW w:w="28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8C1959" w14:textId="49EA7EAC" w:rsidR="00F85DAF" w:rsidRPr="00F85DAF" w:rsidRDefault="00F85DAF">
            <w:pPr>
              <w:spacing w:after="0"/>
              <w:rPr>
                <w:lang w:val="ru-RU"/>
              </w:rPr>
            </w:pP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54D7E" w14:textId="4596EC0D" w:rsidR="00F85DAF" w:rsidRPr="002C43E4" w:rsidRDefault="00F85DAF">
            <w:pPr>
              <w:spacing w:after="0"/>
              <w:rPr>
                <w:lang w:val="ru-RU"/>
              </w:rPr>
            </w:pPr>
          </w:p>
        </w:tc>
      </w:tr>
    </w:tbl>
    <w:p w14:paraId="45954249" w14:textId="77777777" w:rsidR="006F1529" w:rsidRPr="002C43E4" w:rsidRDefault="006F1529">
      <w:pPr>
        <w:spacing w:after="0"/>
        <w:rPr>
          <w:lang w:val="ru-RU"/>
        </w:rPr>
      </w:pPr>
    </w:p>
    <w:p w14:paraId="0A1CBBF8" w14:textId="77777777" w:rsidR="006F1529" w:rsidRDefault="00917EA5">
      <w:r w:rsidRPr="00917EA5">
        <w:rPr>
          <w:noProof/>
          <w:lang w:val="ru-RU" w:eastAsia="ru-RU"/>
        </w:rPr>
        <w:drawing>
          <wp:inline distT="0" distB="0" distL="0" distR="0" wp14:anchorId="566C4715" wp14:editId="12EFC84C">
            <wp:extent cx="5943600" cy="15925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3DD95" w14:textId="77777777" w:rsidR="006F1529" w:rsidRPr="002C43E4" w:rsidRDefault="00E43723">
      <w:pPr>
        <w:spacing w:before="80" w:after="200"/>
        <w:jc w:val="center"/>
        <w:rPr>
          <w:lang w:val="ru-RU"/>
        </w:rPr>
      </w:pPr>
      <w:r w:rsidRPr="002C43E4">
        <w:rPr>
          <w:i/>
          <w:color w:val="666666"/>
          <w:sz w:val="18"/>
          <w:lang w:val="ru-RU"/>
        </w:rPr>
        <w:t xml:space="preserve">Рисунок 1 — Поиск </w:t>
      </w:r>
      <w:r>
        <w:rPr>
          <w:i/>
          <w:color w:val="666666"/>
          <w:sz w:val="18"/>
        </w:rPr>
        <w:t>customer</w:t>
      </w:r>
      <w:r w:rsidRPr="002C43E4">
        <w:rPr>
          <w:i/>
          <w:color w:val="666666"/>
          <w:sz w:val="18"/>
          <w:lang w:val="ru-RU"/>
        </w:rPr>
        <w:t xml:space="preserve">, у которого все ЛС архивные (текущий макет </w:t>
      </w:r>
      <w:r>
        <w:rPr>
          <w:i/>
          <w:color w:val="666666"/>
          <w:sz w:val="18"/>
        </w:rPr>
        <w:t>CRM</w:t>
      </w:r>
      <w:r w:rsidRPr="002C43E4">
        <w:rPr>
          <w:i/>
          <w:color w:val="666666"/>
          <w:sz w:val="18"/>
          <w:lang w:val="ru-RU"/>
        </w:rPr>
        <w:t>)</w:t>
      </w:r>
    </w:p>
    <w:p w14:paraId="67F3687A" w14:textId="7896D9C3" w:rsidR="00917EA5" w:rsidRDefault="00917EA5">
      <w:pPr>
        <w:spacing w:before="80" w:after="200"/>
        <w:jc w:val="center"/>
        <w:rPr>
          <w:lang w:val="ru-RU"/>
        </w:rPr>
      </w:pPr>
      <w:r w:rsidRPr="00917EA5">
        <w:rPr>
          <w:noProof/>
          <w:lang w:val="ru-RU" w:eastAsia="ru-RU"/>
        </w:rPr>
        <w:lastRenderedPageBreak/>
        <w:drawing>
          <wp:inline distT="0" distB="0" distL="0" distR="0" wp14:anchorId="13E3D305" wp14:editId="26231E44">
            <wp:extent cx="5943600" cy="1924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18680" w14:textId="77777777" w:rsidR="00287FAF" w:rsidRPr="00BB7E5E" w:rsidRDefault="00287FAF" w:rsidP="00287FAF">
      <w:pPr>
        <w:rPr>
          <w:lang w:val="ru-RU"/>
        </w:rPr>
      </w:pPr>
    </w:p>
    <w:p w14:paraId="4B31BC42" w14:textId="77777777" w:rsidR="00287FAF" w:rsidRDefault="00287FAF" w:rsidP="00287FAF">
      <w:pPr>
        <w:spacing w:before="80" w:after="200"/>
        <w:jc w:val="center"/>
        <w:rPr>
          <w:i/>
          <w:color w:val="666666"/>
          <w:sz w:val="18"/>
          <w:lang w:val="ru-RU"/>
        </w:rPr>
      </w:pPr>
      <w:r w:rsidRPr="002C43E4">
        <w:rPr>
          <w:i/>
          <w:color w:val="666666"/>
          <w:sz w:val="18"/>
          <w:lang w:val="ru-RU"/>
        </w:rPr>
        <w:t xml:space="preserve">Рисунок 2 — Отображение архивных и действующего ЛС в карточке </w:t>
      </w:r>
      <w:r>
        <w:rPr>
          <w:i/>
          <w:color w:val="666666"/>
          <w:sz w:val="18"/>
        </w:rPr>
        <w:t>customer</w:t>
      </w:r>
      <w:r w:rsidRPr="002C43E4">
        <w:rPr>
          <w:i/>
          <w:color w:val="666666"/>
          <w:sz w:val="18"/>
          <w:lang w:val="ru-RU"/>
        </w:rPr>
        <w:t xml:space="preserve"> (текущий макет </w:t>
      </w:r>
      <w:r>
        <w:rPr>
          <w:i/>
          <w:color w:val="666666"/>
          <w:sz w:val="18"/>
        </w:rPr>
        <w:t>CRM</w:t>
      </w:r>
      <w:r w:rsidRPr="002C43E4">
        <w:rPr>
          <w:i/>
          <w:color w:val="666666"/>
          <w:sz w:val="18"/>
          <w:lang w:val="ru-RU"/>
        </w:rPr>
        <w:t>)</w:t>
      </w:r>
    </w:p>
    <w:p w14:paraId="4E2D123D" w14:textId="77777777" w:rsidR="00287FAF" w:rsidRPr="002C43E4" w:rsidRDefault="00287FAF">
      <w:pPr>
        <w:spacing w:before="80" w:after="200"/>
        <w:jc w:val="center"/>
        <w:rPr>
          <w:lang w:val="ru-RU"/>
        </w:rPr>
      </w:pPr>
    </w:p>
    <w:p w14:paraId="7FFC08A7" w14:textId="77777777" w:rsidR="006F1529" w:rsidRPr="002C43E4" w:rsidRDefault="00E43723">
      <w:pPr>
        <w:pStyle w:val="21"/>
        <w:rPr>
          <w:lang w:val="ru-RU"/>
        </w:rPr>
      </w:pPr>
      <w:r w:rsidRPr="002C43E4">
        <w:rPr>
          <w:lang w:val="ru-RU"/>
        </w:rPr>
        <w:t>5.2. Создание нового клиента с существующим ИИН</w:t>
      </w:r>
    </w:p>
    <w:p w14:paraId="02E4E3EF" w14:textId="77777777" w:rsidR="006F1529" w:rsidRPr="002C43E4" w:rsidRDefault="00E43723">
      <w:pPr>
        <w:pStyle w:val="Callout"/>
        <w:rPr>
          <w:lang w:val="ru-RU"/>
        </w:rPr>
      </w:pPr>
      <w:r w:rsidRPr="002C43E4">
        <w:rPr>
          <w:lang w:val="ru-RU"/>
        </w:rPr>
        <w:t xml:space="preserve">При заведении нового клиента </w:t>
      </w:r>
      <w:r>
        <w:t>CRM</w:t>
      </w:r>
      <w:r w:rsidRPr="002C43E4">
        <w:rPr>
          <w:lang w:val="ru-RU"/>
        </w:rPr>
        <w:t xml:space="preserve"> должна проверять не только факт существования ИИН, но и статусы ЛС всех найденных </w:t>
      </w:r>
      <w:r>
        <w:t>customer</w:t>
      </w:r>
      <w:r w:rsidRPr="002C43E4">
        <w:rPr>
          <w:lang w:val="ru-RU"/>
        </w:rPr>
        <w:t>, связанных с этим ИИН.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5040"/>
      </w:tblGrid>
      <w:tr w:rsidR="006F1529" w14:paraId="21D1E13F" w14:textId="77777777">
        <w:trPr>
          <w:jc w:val="center"/>
        </w:trPr>
        <w:tc>
          <w:tcPr>
            <w:tcW w:w="432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0905A4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Условие</w:t>
            </w:r>
            <w:proofErr w:type="spellEnd"/>
          </w:p>
        </w:tc>
        <w:tc>
          <w:tcPr>
            <w:tcW w:w="504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2A38CD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Результат</w:t>
            </w:r>
            <w:proofErr w:type="spellEnd"/>
          </w:p>
        </w:tc>
      </w:tr>
      <w:tr w:rsidR="006F1529" w:rsidRPr="001D3315" w14:paraId="4F3366A1" w14:textId="77777777">
        <w:trPr>
          <w:jc w:val="center"/>
        </w:trPr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BB0063" w14:textId="77777777" w:rsidR="006F1529" w:rsidRDefault="00E43723">
            <w:pPr>
              <w:spacing w:after="0"/>
            </w:pPr>
            <w:r>
              <w:rPr>
                <w:sz w:val="20"/>
              </w:rPr>
              <w:t xml:space="preserve">ИИН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найден</w:t>
            </w:r>
            <w:proofErr w:type="spellEnd"/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0A88EB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Создать нового клиента по стандартному сценарию.</w:t>
            </w:r>
          </w:p>
        </w:tc>
      </w:tr>
      <w:tr w:rsidR="006F1529" w:rsidRPr="001D3315" w14:paraId="5675175F" w14:textId="77777777">
        <w:trPr>
          <w:jc w:val="center"/>
        </w:trPr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F4FE5E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 xml:space="preserve">ИИН найден и есть хотя бы один </w:t>
            </w:r>
            <w:proofErr w:type="spellStart"/>
            <w:r w:rsidRPr="002C43E4">
              <w:rPr>
                <w:sz w:val="20"/>
                <w:lang w:val="ru-RU"/>
              </w:rPr>
              <w:t>неархивный</w:t>
            </w:r>
            <w:proofErr w:type="spellEnd"/>
            <w:r w:rsidRPr="002C43E4">
              <w:rPr>
                <w:sz w:val="20"/>
                <w:lang w:val="ru-RU"/>
              </w:rPr>
              <w:t xml:space="preserve"> ЛС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CF0164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Запретить создание и показать действующее сообщение о существующем клиенте/ИИН.</w:t>
            </w:r>
          </w:p>
        </w:tc>
      </w:tr>
      <w:tr w:rsidR="006F1529" w:rsidRPr="001D3315" w14:paraId="3DBA94A6" w14:textId="77777777">
        <w:trPr>
          <w:jc w:val="center"/>
        </w:trPr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0E7146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 xml:space="preserve">ИИН найден, и у соответствующего </w:t>
            </w:r>
            <w:r>
              <w:rPr>
                <w:sz w:val="20"/>
              </w:rPr>
              <w:t>customer</w:t>
            </w:r>
            <w:r w:rsidRPr="002C43E4">
              <w:rPr>
                <w:sz w:val="20"/>
                <w:lang w:val="ru-RU"/>
              </w:rPr>
              <w:t xml:space="preserve"> все ЛС имеют статус «Архивный»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1C7B7E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Разрешить создание нового клиента. Ошибка «ИИН уже существует» не выводится.</w:t>
            </w:r>
          </w:p>
        </w:tc>
      </w:tr>
      <w:tr w:rsidR="006F1529" w:rsidRPr="001D3315" w14:paraId="23BEBA6C" w14:textId="77777777">
        <w:trPr>
          <w:jc w:val="center"/>
        </w:trPr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E57228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 xml:space="preserve">Найдено несколько </w:t>
            </w:r>
            <w:r>
              <w:rPr>
                <w:sz w:val="20"/>
              </w:rPr>
              <w:t>customer</w:t>
            </w:r>
            <w:r w:rsidRPr="002C43E4">
              <w:rPr>
                <w:sz w:val="20"/>
                <w:lang w:val="ru-RU"/>
              </w:rPr>
              <w:t xml:space="preserve"> с ИИН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5937CE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 xml:space="preserve">Создание разрешается только если у всех найденных </w:t>
            </w:r>
            <w:r>
              <w:rPr>
                <w:sz w:val="20"/>
              </w:rPr>
              <w:t>customer</w:t>
            </w:r>
            <w:r w:rsidRPr="002C43E4">
              <w:rPr>
                <w:sz w:val="20"/>
                <w:lang w:val="ru-RU"/>
              </w:rPr>
              <w:t xml:space="preserve"> все ЛС архивные; иначе создание блокируется.</w:t>
            </w:r>
          </w:p>
        </w:tc>
      </w:tr>
      <w:tr w:rsidR="006F1529" w:rsidRPr="001D3315" w14:paraId="61B1183A" w14:textId="77777777">
        <w:trPr>
          <w:jc w:val="center"/>
        </w:trPr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0279E1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 xml:space="preserve">У </w:t>
            </w:r>
            <w:r>
              <w:rPr>
                <w:sz w:val="20"/>
              </w:rPr>
              <w:t>customer</w:t>
            </w:r>
            <w:r w:rsidRPr="002C43E4">
              <w:rPr>
                <w:sz w:val="20"/>
                <w:lang w:val="ru-RU"/>
              </w:rPr>
              <w:t xml:space="preserve"> нет ЛС или статус хотя бы одного ЛС не определён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0A92DD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 xml:space="preserve">Безопасное поведение: создание блокируется, событие </w:t>
            </w:r>
            <w:proofErr w:type="spellStart"/>
            <w:r w:rsidRPr="002C43E4">
              <w:rPr>
                <w:sz w:val="20"/>
                <w:lang w:val="ru-RU"/>
              </w:rPr>
              <w:t>журналируется</w:t>
            </w:r>
            <w:proofErr w:type="spellEnd"/>
            <w:r w:rsidRPr="002C43E4">
              <w:rPr>
                <w:sz w:val="20"/>
                <w:lang w:val="ru-RU"/>
              </w:rPr>
              <w:t xml:space="preserve"> для разбора.</w:t>
            </w:r>
          </w:p>
        </w:tc>
      </w:tr>
    </w:tbl>
    <w:p w14:paraId="61FB5125" w14:textId="77777777" w:rsidR="006F1529" w:rsidRPr="002C43E4" w:rsidRDefault="006F1529">
      <w:pPr>
        <w:spacing w:after="0"/>
        <w:rPr>
          <w:lang w:val="ru-RU"/>
        </w:rPr>
      </w:pPr>
    </w:p>
    <w:p w14:paraId="0164DDC0" w14:textId="77777777" w:rsidR="006F1529" w:rsidRPr="002C43E4" w:rsidRDefault="00E43723">
      <w:pPr>
        <w:rPr>
          <w:lang w:val="ru-RU"/>
        </w:rPr>
      </w:pPr>
      <w:r w:rsidRPr="002C43E4">
        <w:rPr>
          <w:lang w:val="ru-RU"/>
        </w:rPr>
        <w:t xml:space="preserve">Новый клиент создаётся как новая сущность </w:t>
      </w:r>
      <w:r>
        <w:t>customer</w:t>
      </w:r>
      <w:r w:rsidRPr="002C43E4">
        <w:rPr>
          <w:lang w:val="ru-RU"/>
        </w:rPr>
        <w:t xml:space="preserve">. Архивный </w:t>
      </w:r>
      <w:r>
        <w:t>customer</w:t>
      </w:r>
      <w:r w:rsidRPr="002C43E4">
        <w:rPr>
          <w:lang w:val="ru-RU"/>
        </w:rPr>
        <w:t xml:space="preserve"> не </w:t>
      </w:r>
      <w:proofErr w:type="spellStart"/>
      <w:r w:rsidRPr="002C43E4">
        <w:rPr>
          <w:lang w:val="ru-RU"/>
        </w:rPr>
        <w:t>переактивируется</w:t>
      </w:r>
      <w:proofErr w:type="spellEnd"/>
      <w:r w:rsidRPr="002C43E4">
        <w:rPr>
          <w:lang w:val="ru-RU"/>
        </w:rPr>
        <w:t xml:space="preserve"> автоматически и сохраняется для истории и аудита. Связь между старым и новым </w:t>
      </w:r>
      <w:r>
        <w:t>customer</w:t>
      </w:r>
      <w:r w:rsidRPr="002C43E4">
        <w:rPr>
          <w:lang w:val="ru-RU"/>
        </w:rPr>
        <w:t xml:space="preserve"> по ИИН должна быть доступна уполномоченным ролям.</w:t>
      </w:r>
    </w:p>
    <w:p w14:paraId="159BB20B" w14:textId="77777777" w:rsidR="006F1529" w:rsidRDefault="00E43723">
      <w:pPr>
        <w:pStyle w:val="1"/>
      </w:pPr>
      <w:r>
        <w:t>6. Интеграционные требования</w:t>
      </w:r>
      <w:proofErr w:type="spellStart"/>
      <w:r/>
      <w:proofErr w:type="spellEnd"/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1944"/>
        <w:gridCol w:w="2592"/>
        <w:gridCol w:w="2880"/>
      </w:tblGrid>
      <w:tr w:rsidR="006F1529" w14:paraId="2295901A" w14:textId="77777777">
        <w:trPr>
          <w:jc w:val="center"/>
        </w:trPr>
        <w:tc>
          <w:tcPr>
            <w:tcW w:w="1944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0A18AE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Компонент-источник</w:t>
            </w:r>
            <w:proofErr w:type="spellEnd"/>
          </w:p>
        </w:tc>
        <w:tc>
          <w:tcPr>
            <w:tcW w:w="1944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19188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Компонент-получатель</w:t>
            </w:r>
            <w:proofErr w:type="spellEnd"/>
          </w:p>
        </w:tc>
        <w:tc>
          <w:tcPr>
            <w:tcW w:w="259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18E715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Событие</w:t>
            </w:r>
            <w:proofErr w:type="spellEnd"/>
            <w:r>
              <w:rPr>
                <w:b/>
                <w:color w:val="1F3A5F"/>
                <w:sz w:val="20"/>
              </w:rPr>
              <w:t>/</w:t>
            </w:r>
            <w:proofErr w:type="spellStart"/>
            <w:r>
              <w:rPr>
                <w:b/>
                <w:color w:val="1F3A5F"/>
                <w:sz w:val="20"/>
              </w:rPr>
              <w:t>данные</w:t>
            </w:r>
            <w:proofErr w:type="spellEnd"/>
          </w:p>
        </w:tc>
        <w:tc>
          <w:tcPr>
            <w:tcW w:w="288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5FC86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Требование</w:t>
            </w:r>
            <w:proofErr w:type="spellEnd"/>
          </w:p>
        </w:tc>
      </w:tr>
      <w:tr w:rsidR="006F1529" w:rsidRPr="001D3315" w14:paraId="26295331" w14:textId="77777777">
        <w:trPr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5ECBE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lastRenderedPageBreak/>
              <w:t>Система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расторжения</w:t>
            </w:r>
            <w:proofErr w:type="spellEnd"/>
            <w:r>
              <w:rPr>
                <w:sz w:val="20"/>
              </w:rPr>
              <w:t>/CRM</w:t>
            </w:r>
          </w:p>
        </w:tc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1810CF" w14:textId="77777777" w:rsidR="006F1529" w:rsidRDefault="00E43723">
            <w:pPr>
              <w:spacing w:after="0"/>
            </w:pPr>
            <w:r>
              <w:rPr>
                <w:sz w:val="20"/>
              </w:rPr>
              <w:t>C</w:t>
            </w:r>
            <w:r w:rsidR="00917EA5">
              <w:rPr>
                <w:sz w:val="20"/>
              </w:rPr>
              <w:t>RM</w:t>
            </w:r>
          </w:p>
        </w:tc>
        <w:tc>
          <w:tcPr>
            <w:tcW w:w="259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49C298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 xml:space="preserve">Расторжение ЛС, </w:t>
            </w:r>
            <w:r>
              <w:rPr>
                <w:sz w:val="20"/>
              </w:rPr>
              <w:t>ID</w:t>
            </w:r>
            <w:r w:rsidRPr="002C43E4">
              <w:rPr>
                <w:sz w:val="20"/>
                <w:lang w:val="ru-RU"/>
              </w:rPr>
              <w:t xml:space="preserve"> ЛС, дата расторжения</w:t>
            </w:r>
          </w:p>
        </w:tc>
        <w:tc>
          <w:tcPr>
            <w:tcW w:w="28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BB228E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Однократный логический запуск с защитой от дублей.</w:t>
            </w:r>
          </w:p>
        </w:tc>
      </w:tr>
      <w:tr w:rsidR="006F1529" w:rsidRPr="001D3315" w14:paraId="153E7338" w14:textId="77777777">
        <w:trPr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693BB9" w14:textId="77777777" w:rsidR="006F1529" w:rsidRDefault="00917EA5">
            <w:pPr>
              <w:spacing w:after="0"/>
            </w:pPr>
            <w:r>
              <w:rPr>
                <w:sz w:val="20"/>
              </w:rPr>
              <w:t>CRM</w:t>
            </w:r>
          </w:p>
        </w:tc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4DAAC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Биллинговые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заказные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сервисы</w:t>
            </w:r>
            <w:proofErr w:type="spellEnd"/>
          </w:p>
        </w:tc>
        <w:tc>
          <w:tcPr>
            <w:tcW w:w="259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E5CBFD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Дебетовое и кредитовое сальдо</w:t>
            </w:r>
            <w:proofErr w:type="spellEnd"/>
            <w:r>
              <w:rPr>
                <w:sz w:val="20"/>
              </w:rPr>
            </w:r>
            <w:proofErr w:type="spellStart"/>
            <w:r>
              <w:rPr>
                <w:sz w:val="20"/>
              </w:rPr>
            </w:r>
            <w:proofErr w:type="spellEnd"/>
            <w:r>
              <w:rPr>
                <w:sz w:val="20"/>
              </w:rPr>
            </w:r>
            <w:proofErr w:type="spellStart"/>
            <w:r>
              <w:rPr>
                <w:sz w:val="20"/>
              </w:rPr>
            </w:r>
            <w:proofErr w:type="spellEnd"/>
          </w:p>
        </w:tc>
        <w:tc>
          <w:tcPr>
            <w:tcW w:w="28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FA6CB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Проверки выполняются по актуальным данным; таймауты и ошибки повторяются технически.</w:t>
            </w:r>
          </w:p>
        </w:tc>
      </w:tr>
      <w:tr w:rsidR="006F1529" w:rsidRPr="001D3315" w14:paraId="360FD74A" w14:textId="77777777">
        <w:trPr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D6EB09" w14:textId="77777777" w:rsidR="006F1529" w:rsidRDefault="00917EA5">
            <w:pPr>
              <w:spacing w:after="0"/>
            </w:pPr>
            <w:r>
              <w:rPr>
                <w:sz w:val="20"/>
              </w:rPr>
              <w:t>CRM</w:t>
            </w:r>
          </w:p>
        </w:tc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037AE2" w14:textId="77777777" w:rsidR="006F1529" w:rsidRDefault="00E43723">
            <w:pPr>
              <w:spacing w:after="0"/>
            </w:pPr>
            <w:r>
              <w:rPr>
                <w:sz w:val="20"/>
              </w:rPr>
              <w:t>CRM/</w:t>
            </w:r>
            <w:proofErr w:type="spellStart"/>
            <w:r>
              <w:rPr>
                <w:sz w:val="20"/>
              </w:rPr>
              <w:t>репозиторий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статусов</w:t>
            </w:r>
            <w:proofErr w:type="spellEnd"/>
          </w:p>
        </w:tc>
        <w:tc>
          <w:tcPr>
            <w:tcW w:w="259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8DF5EF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Статус</w:t>
            </w:r>
            <w:proofErr w:type="spellEnd"/>
            <w:r>
              <w:rPr>
                <w:sz w:val="20"/>
              </w:rPr>
              <w:t xml:space="preserve"> «</w:t>
            </w:r>
            <w:proofErr w:type="spellStart"/>
            <w:r>
              <w:rPr>
                <w:sz w:val="20"/>
              </w:rPr>
              <w:t>Архивный</w:t>
            </w:r>
            <w:proofErr w:type="spellEnd"/>
            <w:r>
              <w:rPr>
                <w:sz w:val="20"/>
              </w:rPr>
              <w:t xml:space="preserve">», </w:t>
            </w:r>
            <w:proofErr w:type="spellStart"/>
            <w:r>
              <w:rPr>
                <w:sz w:val="20"/>
              </w:rPr>
              <w:t>дата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причина</w:t>
            </w:r>
            <w:proofErr w:type="spellEnd"/>
          </w:p>
        </w:tc>
        <w:tc>
          <w:tcPr>
            <w:tcW w:w="28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20B6C1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Обновление атомарно и доступно для поиска/отображения.</w:t>
            </w:r>
          </w:p>
        </w:tc>
      </w:tr>
      <w:tr w:rsidR="006F1529" w:rsidRPr="001D3315" w14:paraId="2DCF02DC" w14:textId="77777777">
        <w:trPr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C30F2C" w14:textId="77777777" w:rsidR="006F1529" w:rsidRDefault="00E43723">
            <w:pPr>
              <w:spacing w:after="0"/>
            </w:pPr>
            <w:r>
              <w:rPr>
                <w:sz w:val="20"/>
              </w:rPr>
              <w:t>CRM</w:t>
            </w:r>
          </w:p>
        </w:tc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29C3EF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Репозиторий</w:t>
            </w:r>
            <w:proofErr w:type="spellEnd"/>
            <w:r>
              <w:rPr>
                <w:sz w:val="20"/>
              </w:rPr>
              <w:t xml:space="preserve"> customer/ЛС</w:t>
            </w:r>
          </w:p>
        </w:tc>
        <w:tc>
          <w:tcPr>
            <w:tcW w:w="259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4E5D18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ИИН и статусы всех связанных ЛС</w:t>
            </w:r>
          </w:p>
        </w:tc>
        <w:tc>
          <w:tcPr>
            <w:tcW w:w="28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56678B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Проверка выполняется до валидации уникальности при создании нового клиента.</w:t>
            </w:r>
          </w:p>
        </w:tc>
      </w:tr>
    </w:tbl>
    <w:p w14:paraId="79AD70B5" w14:textId="77777777" w:rsidR="006F1529" w:rsidRPr="002C43E4" w:rsidRDefault="006F1529">
      <w:pPr>
        <w:spacing w:after="0"/>
        <w:rPr>
          <w:lang w:val="ru-RU"/>
        </w:rPr>
      </w:pPr>
    </w:p>
    <w:p w14:paraId="0DC9D834" w14:textId="77777777" w:rsidR="006F1529" w:rsidRDefault="00E43723">
      <w:pPr>
        <w:pStyle w:val="1"/>
      </w:pPr>
      <w:r>
        <w:t xml:space="preserve">7. </w:t>
      </w:r>
      <w:proofErr w:type="spellStart"/>
      <w:r>
        <w:t>Функциональные</w:t>
      </w:r>
      <w:proofErr w:type="spellEnd"/>
      <w:r>
        <w:t xml:space="preserve"> </w:t>
      </w:r>
      <w:proofErr w:type="spellStart"/>
      <w:r>
        <w:t>требования</w:t>
      </w:r>
      <w:proofErr w:type="spellEnd"/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8208"/>
      </w:tblGrid>
      <w:tr w:rsidR="006F1529" w14:paraId="01959396" w14:textId="77777777">
        <w:trPr>
          <w:jc w:val="center"/>
        </w:trPr>
        <w:tc>
          <w:tcPr>
            <w:tcW w:w="115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7ED87" w14:textId="77777777" w:rsidR="006F1529" w:rsidRDefault="00E43723">
            <w:pPr>
              <w:spacing w:after="0"/>
            </w:pPr>
            <w:r>
              <w:rPr>
                <w:b/>
                <w:color w:val="1F3A5F"/>
                <w:sz w:val="20"/>
              </w:rPr>
              <w:t>ID</w:t>
            </w:r>
          </w:p>
        </w:tc>
        <w:tc>
          <w:tcPr>
            <w:tcW w:w="8208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01514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Требование</w:t>
            </w:r>
            <w:proofErr w:type="spellEnd"/>
          </w:p>
        </w:tc>
      </w:tr>
      <w:tr w:rsidR="006F1529" w:rsidRPr="001D3315" w14:paraId="5D5FB06C" w14:textId="77777777">
        <w:trPr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4B8395" w14:textId="77777777" w:rsidR="006F1529" w:rsidRDefault="00E43723">
            <w:pPr>
              <w:spacing w:after="0"/>
            </w:pPr>
            <w:r>
              <w:rPr>
                <w:sz w:val="20"/>
              </w:rPr>
              <w:t>FR-01</w:t>
            </w:r>
          </w:p>
        </w:tc>
        <w:tc>
          <w:tcPr>
            <w:tcW w:w="82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03DDC6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Автоматически запускать процесс после расторжения ЛС.</w:t>
            </w:r>
          </w:p>
        </w:tc>
      </w:tr>
      <w:tr w:rsidR="006F1529" w:rsidRPr="001D3315" w14:paraId="733A4B53" w14:textId="77777777">
        <w:trPr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00019E" w14:textId="77777777" w:rsidR="006F1529" w:rsidRDefault="00E43723">
            <w:pPr>
              <w:spacing w:after="0"/>
            </w:pPr>
            <w:r>
              <w:rPr>
                <w:sz w:val="20"/>
              </w:rPr>
              <w:t>FR-02</w:t>
            </w:r>
          </w:p>
        </w:tc>
        <w:tc>
          <w:tcPr>
            <w:tcW w:w="82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4AD0D6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Выдерживать 30 календарных дней перед первой бизнес-проверкой.</w:t>
            </w:r>
          </w:p>
        </w:tc>
      </w:tr>
      <w:tr w:rsidR="006F1529" w:rsidRPr="001D3315" w14:paraId="52B90AAB" w14:textId="77777777">
        <w:trPr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8A817" w14:textId="77777777" w:rsidR="006F1529" w:rsidRDefault="00E43723">
            <w:pPr>
              <w:spacing w:after="0"/>
            </w:pPr>
            <w:r>
              <w:rPr>
                <w:sz w:val="20"/>
              </w:rPr>
              <w:t>FR-03</w:t>
            </w:r>
          </w:p>
        </w:tc>
        <w:tc>
          <w:tcPr>
            <w:tcW w:w="82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05346D" w14:textId="4A4F4469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Проверять дебетовое и кредитовое сальдо.</w:t>
            </w:r>
            <w:bookmarkStart w:id="0" w:name="_GoBack"/>
            <w:bookmarkEnd w:id="0"/>
          </w:p>
        </w:tc>
      </w:tr>
      <w:tr w:rsidR="006F1529" w:rsidRPr="001D3315" w14:paraId="4E697510" w14:textId="77777777">
        <w:trPr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DB307E" w14:textId="77777777" w:rsidR="006F1529" w:rsidRDefault="00E43723">
            <w:pPr>
              <w:spacing w:after="0"/>
            </w:pPr>
            <w:r>
              <w:rPr>
                <w:sz w:val="20"/>
              </w:rPr>
              <w:t>FR-04</w:t>
            </w:r>
          </w:p>
        </w:tc>
        <w:tc>
          <w:tcPr>
            <w:tcW w:w="82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E01A9B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При невыполнении условий повторять проверки ежедневно.</w:t>
            </w:r>
          </w:p>
        </w:tc>
      </w:tr>
      <w:tr w:rsidR="006F1529" w:rsidRPr="001D3315" w14:paraId="38651C1D" w14:textId="77777777">
        <w:trPr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BCCEF7" w14:textId="77777777" w:rsidR="006F1529" w:rsidRDefault="00E43723">
            <w:pPr>
              <w:spacing w:after="0"/>
            </w:pPr>
            <w:r>
              <w:rPr>
                <w:sz w:val="20"/>
              </w:rPr>
              <w:t>FR-05</w:t>
            </w:r>
          </w:p>
        </w:tc>
        <w:tc>
          <w:tcPr>
            <w:tcW w:w="82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5C9FA3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При выполнении всех условий переводить ЛС в статус «Архивный».</w:t>
            </w:r>
          </w:p>
        </w:tc>
      </w:tr>
      <w:tr w:rsidR="006F1529" w:rsidRPr="001D3315" w14:paraId="6C62DEBD" w14:textId="77777777">
        <w:trPr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F44D98" w14:textId="77777777" w:rsidR="006F1529" w:rsidRDefault="00E43723">
            <w:pPr>
              <w:spacing w:after="0"/>
            </w:pPr>
            <w:r>
              <w:rPr>
                <w:sz w:val="20"/>
              </w:rPr>
              <w:t>FR-06</w:t>
            </w:r>
          </w:p>
        </w:tc>
        <w:tc>
          <w:tcPr>
            <w:tcW w:w="82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517784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 xml:space="preserve">Отображать архивный статус </w:t>
            </w:r>
            <w:r>
              <w:rPr>
                <w:sz w:val="20"/>
              </w:rPr>
              <w:t>customer</w:t>
            </w:r>
            <w:r w:rsidRPr="002C43E4">
              <w:rPr>
                <w:sz w:val="20"/>
                <w:lang w:val="ru-RU"/>
              </w:rPr>
              <w:t>/ЛС по правилам раздела 5.</w:t>
            </w:r>
          </w:p>
        </w:tc>
      </w:tr>
      <w:tr w:rsidR="006F1529" w:rsidRPr="001D3315" w14:paraId="05AB48D7" w14:textId="77777777">
        <w:trPr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07E60F" w14:textId="77777777" w:rsidR="006F1529" w:rsidRDefault="00E43723">
            <w:pPr>
              <w:spacing w:after="0"/>
            </w:pPr>
            <w:r>
              <w:rPr>
                <w:sz w:val="20"/>
              </w:rPr>
              <w:t>FR-07</w:t>
            </w:r>
          </w:p>
        </w:tc>
        <w:tc>
          <w:tcPr>
            <w:tcW w:w="82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11886B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Скрывать ограниченные данные архивного ЛС для обычного пользователя.</w:t>
            </w:r>
          </w:p>
        </w:tc>
      </w:tr>
      <w:tr w:rsidR="006F1529" w:rsidRPr="001D3315" w14:paraId="0E720C17" w14:textId="77777777">
        <w:trPr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161D06" w14:textId="77777777" w:rsidR="006F1529" w:rsidRDefault="00E43723">
            <w:pPr>
              <w:spacing w:after="0"/>
            </w:pPr>
            <w:r>
              <w:rPr>
                <w:sz w:val="20"/>
              </w:rPr>
              <w:t>FR-08</w:t>
            </w:r>
          </w:p>
        </w:tc>
        <w:tc>
          <w:tcPr>
            <w:tcW w:w="82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643C81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 xml:space="preserve">Разрешать создание нового клиента с тем же ИИН, если у всех найденных </w:t>
            </w:r>
            <w:r>
              <w:rPr>
                <w:sz w:val="20"/>
              </w:rPr>
              <w:t>customer</w:t>
            </w:r>
            <w:r w:rsidRPr="002C43E4">
              <w:rPr>
                <w:sz w:val="20"/>
                <w:lang w:val="ru-RU"/>
              </w:rPr>
              <w:t xml:space="preserve"> все ЛС архивные.</w:t>
            </w:r>
          </w:p>
        </w:tc>
      </w:tr>
      <w:tr w:rsidR="006F1529" w:rsidRPr="001D3315" w14:paraId="39C87029" w14:textId="77777777">
        <w:trPr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467F0F" w14:textId="77777777" w:rsidR="006F1529" w:rsidRDefault="00E43723">
            <w:pPr>
              <w:spacing w:after="0"/>
            </w:pPr>
            <w:r>
              <w:rPr>
                <w:sz w:val="20"/>
              </w:rPr>
              <w:t>FR-09</w:t>
            </w:r>
          </w:p>
        </w:tc>
        <w:tc>
          <w:tcPr>
            <w:tcW w:w="82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853ED6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 xml:space="preserve">Блокировать создание при наличии хотя бы одного </w:t>
            </w:r>
            <w:proofErr w:type="spellStart"/>
            <w:r w:rsidRPr="002C43E4">
              <w:rPr>
                <w:sz w:val="20"/>
                <w:lang w:val="ru-RU"/>
              </w:rPr>
              <w:t>неархивного</w:t>
            </w:r>
            <w:proofErr w:type="spellEnd"/>
            <w:r w:rsidRPr="002C43E4">
              <w:rPr>
                <w:sz w:val="20"/>
                <w:lang w:val="ru-RU"/>
              </w:rPr>
              <w:t xml:space="preserve"> или неопределённого ЛС.</w:t>
            </w:r>
          </w:p>
        </w:tc>
      </w:tr>
      <w:tr w:rsidR="006F1529" w:rsidRPr="001D3315" w14:paraId="6AF8E7A8" w14:textId="77777777">
        <w:trPr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839542" w14:textId="77777777" w:rsidR="006F1529" w:rsidRDefault="00E43723">
            <w:pPr>
              <w:spacing w:after="0"/>
            </w:pPr>
            <w:r>
              <w:rPr>
                <w:sz w:val="20"/>
              </w:rPr>
              <w:t>FR-10</w:t>
            </w:r>
          </w:p>
        </w:tc>
        <w:tc>
          <w:tcPr>
            <w:tcW w:w="82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01DFF1" w14:textId="77777777" w:rsidR="006F1529" w:rsidRPr="002C43E4" w:rsidRDefault="00E43723">
            <w:pPr>
              <w:spacing w:after="0"/>
              <w:rPr>
                <w:lang w:val="ru-RU"/>
              </w:rPr>
            </w:pPr>
            <w:proofErr w:type="spellStart"/>
            <w:r w:rsidRPr="002C43E4">
              <w:rPr>
                <w:sz w:val="20"/>
                <w:lang w:val="ru-RU"/>
              </w:rPr>
              <w:t>Журналировать</w:t>
            </w:r>
            <w:proofErr w:type="spellEnd"/>
            <w:r w:rsidRPr="002C43E4">
              <w:rPr>
                <w:sz w:val="20"/>
                <w:lang w:val="ru-RU"/>
              </w:rPr>
              <w:t xml:space="preserve"> бизнес-решения, технические ошибки и ручные операции.</w:t>
            </w:r>
          </w:p>
        </w:tc>
      </w:tr>
    </w:tbl>
    <w:p w14:paraId="69DC0054" w14:textId="77777777" w:rsidR="006F1529" w:rsidRPr="002C43E4" w:rsidRDefault="006F1529">
      <w:pPr>
        <w:spacing w:after="0"/>
        <w:rPr>
          <w:lang w:val="ru-RU"/>
        </w:rPr>
      </w:pPr>
    </w:p>
    <w:p w14:paraId="380590B9" w14:textId="77777777" w:rsidR="006F1529" w:rsidRPr="002C43E4" w:rsidRDefault="00E43723">
      <w:pPr>
        <w:pStyle w:val="1"/>
        <w:rPr>
          <w:lang w:val="ru-RU"/>
        </w:rPr>
      </w:pPr>
      <w:r w:rsidRPr="002C43E4">
        <w:rPr>
          <w:lang w:val="ru-RU"/>
        </w:rPr>
        <w:t>8. Use Cases</w:t>
      </w:r>
      <w:proofErr w:type="spellStart"/>
      <w:r/>
      <w:proofErr w:type="spellEnd"/>
    </w:p>
    <w:p w14:paraId="488DECDD" w14:textId="77777777" w:rsidR="006F1529" w:rsidRPr="002C43E4" w:rsidRDefault="00E43723">
      <w:pPr>
        <w:pStyle w:val="21"/>
        <w:rPr>
          <w:lang w:val="ru-RU"/>
        </w:rPr>
      </w:pPr>
      <w:r>
        <w:t>UC</w:t>
      </w:r>
      <w:r w:rsidRPr="002C43E4">
        <w:rPr>
          <w:lang w:val="ru-RU"/>
        </w:rPr>
        <w:t>-01. Автоматическое архивирование</w:t>
      </w:r>
    </w:p>
    <w:p w14:paraId="07C4A418" w14:textId="77777777" w:rsidR="006F1529" w:rsidRPr="002C43E4" w:rsidRDefault="00E43723">
      <w:pPr>
        <w:rPr>
          <w:lang w:val="ru-RU"/>
        </w:rPr>
      </w:pPr>
      <w:r w:rsidRPr="002C43E4">
        <w:rPr>
          <w:b/>
          <w:lang w:val="ru-RU"/>
        </w:rPr>
        <w:t xml:space="preserve">Предусловие: </w:t>
      </w:r>
      <w:r w:rsidRPr="002C43E4">
        <w:rPr>
          <w:lang w:val="ru-RU"/>
        </w:rPr>
        <w:t>ЛС расторгнут; процесс не завершён.</w:t>
      </w:r>
    </w:p>
    <w:p w14:paraId="1DD7DCFA" w14:textId="77777777" w:rsidR="006F1529" w:rsidRDefault="00E43723">
      <w:proofErr w:type="spellStart"/>
      <w:r>
        <w:t>Основной сценарий:</w:t>
      </w:r>
      <w:proofErr w:type="spellEnd"/>
      <w:r/>
    </w:p>
    <w:p w14:paraId="7D451565" w14:textId="77777777" w:rsidR="006F1529" w:rsidRDefault="00E43723">
      <w:pPr>
        <w:pStyle w:val="a"/>
        <w:numPr>
          <w:ilvl w:val="0"/>
          <w:numId w:val="12"/>
        </w:numPr>
      </w:pPr>
      <w:proofErr w:type="spellStart"/>
      <w:r>
        <w:t>CRM ждёт 30 дней.</w:t>
      </w:r>
      <w:r w:rsidR="00917EA5"/>
      <w:r/>
      <w:proofErr w:type="spellEnd"/>
      <w:r/>
      <w:proofErr w:type="spellStart"/>
      <w:r/>
      <w:proofErr w:type="spellEnd"/>
      <w:r/>
    </w:p>
    <w:p w14:paraId="5E52B4D5" w14:textId="77777777" w:rsidR="006F1529" w:rsidRDefault="00E43723">
      <w:pPr>
        <w:pStyle w:val="a"/>
        <w:numPr>
          <w:ilvl w:val="0"/>
          <w:numId w:val="12"/>
        </w:numPr>
      </w:pPr>
      <w:proofErr w:type="spellStart"/>
      <w:r>
        <w:t>Получает</w:t>
      </w:r>
      <w:proofErr w:type="spellEnd"/>
      <w:r>
        <w:t xml:space="preserve"> </w:t>
      </w:r>
      <w:proofErr w:type="spellStart"/>
      <w:r>
        <w:t>результаты</w:t>
      </w:r>
      <w:proofErr w:type="spellEnd"/>
      <w:r>
        <w:t xml:space="preserve"> </w:t>
      </w:r>
      <w:proofErr w:type="spellStart"/>
      <w:r>
        <w:t>всех</w:t>
      </w:r>
      <w:proofErr w:type="spellEnd"/>
      <w:r>
        <w:t xml:space="preserve"> </w:t>
      </w:r>
      <w:proofErr w:type="spellStart"/>
      <w:r>
        <w:t>проверок</w:t>
      </w:r>
      <w:proofErr w:type="spellEnd"/>
      <w:r>
        <w:t>.</w:t>
      </w:r>
    </w:p>
    <w:p w14:paraId="25F03402" w14:textId="77777777" w:rsidR="006F1529" w:rsidRPr="002C43E4" w:rsidRDefault="00E43723">
      <w:pPr>
        <w:pStyle w:val="a"/>
        <w:numPr>
          <w:ilvl w:val="0"/>
          <w:numId w:val="12"/>
        </w:numPr>
        <w:rPr>
          <w:lang w:val="ru-RU"/>
        </w:rPr>
      </w:pPr>
      <w:r w:rsidRPr="002C43E4">
        <w:rPr>
          <w:lang w:val="ru-RU"/>
        </w:rPr>
        <w:t>При успехе переводит ЛС в архив; при отказе планирует ежедневную повторную проверку.</w:t>
      </w:r>
    </w:p>
    <w:p w14:paraId="0B080865" w14:textId="77777777" w:rsidR="006F1529" w:rsidRPr="002C43E4" w:rsidRDefault="00E43723">
      <w:pPr>
        <w:rPr>
          <w:lang w:val="ru-RU"/>
        </w:rPr>
      </w:pPr>
      <w:r w:rsidRPr="002C43E4">
        <w:rPr>
          <w:b/>
          <w:lang w:val="ru-RU"/>
        </w:rPr>
        <w:t xml:space="preserve">Результат: </w:t>
      </w:r>
      <w:r w:rsidRPr="002C43E4">
        <w:rPr>
          <w:lang w:val="ru-RU"/>
        </w:rPr>
        <w:t>ЛС архивирован только после выполнения всех условий.</w:t>
      </w:r>
    </w:p>
    <w:p w14:paraId="4E36D219" w14:textId="77777777" w:rsidR="006F1529" w:rsidRPr="002C43E4" w:rsidRDefault="00E43723">
      <w:pPr>
        <w:pStyle w:val="21"/>
        <w:rPr>
          <w:lang w:val="ru-RU"/>
        </w:rPr>
      </w:pPr>
      <w:r>
        <w:t>UC</w:t>
      </w:r>
      <w:r w:rsidRPr="002C43E4">
        <w:rPr>
          <w:lang w:val="ru-RU"/>
        </w:rPr>
        <w:t xml:space="preserve">-02. Просмотр </w:t>
      </w:r>
      <w:r>
        <w:t>customer</w:t>
      </w:r>
      <w:r w:rsidRPr="002C43E4">
        <w:rPr>
          <w:lang w:val="ru-RU"/>
        </w:rPr>
        <w:t xml:space="preserve"> с действующим и архивными ЛС</w:t>
      </w:r>
    </w:p>
    <w:p w14:paraId="2826E6E5" w14:textId="77777777" w:rsidR="006F1529" w:rsidRPr="002C43E4" w:rsidRDefault="00E43723">
      <w:pPr>
        <w:rPr>
          <w:lang w:val="ru-RU"/>
        </w:rPr>
      </w:pPr>
      <w:r w:rsidRPr="002C43E4">
        <w:rPr>
          <w:b/>
          <w:lang w:val="ru-RU"/>
        </w:rPr>
        <w:t>Предусловие: У customer есть минимум один неархивный и один архивный ЛС.</w:t>
      </w:r>
      <w:r w:rsidRPr="002C43E4">
        <w:rPr>
          <w:lang w:val="ru-RU"/>
        </w:rPr>
      </w:r>
      <w:r/>
      <w:r w:rsidRPr="002C43E4">
        <w:rPr>
          <w:lang w:val="ru-RU"/>
        </w:rPr>
      </w:r>
      <w:proofErr w:type="spellStart"/>
      <w:r w:rsidRPr="002C43E4">
        <w:rPr>
          <w:lang w:val="ru-RU"/>
        </w:rPr>
      </w:r>
      <w:proofErr w:type="spellEnd"/>
      <w:r w:rsidRPr="002C43E4">
        <w:rPr>
          <w:lang w:val="ru-RU"/>
        </w:rPr>
      </w:r>
    </w:p>
    <w:p w14:paraId="7774A28D" w14:textId="77777777" w:rsidR="006F1529" w:rsidRDefault="00E43723">
      <w:proofErr w:type="spellStart"/>
      <w:r>
        <w:t>Основной сценарий:</w:t>
      </w:r>
      <w:proofErr w:type="spellEnd"/>
      <w:r/>
    </w:p>
    <w:p w14:paraId="508CE060" w14:textId="77777777" w:rsidR="006F1529" w:rsidRDefault="00E43723">
      <w:pPr>
        <w:pStyle w:val="a"/>
        <w:numPr>
          <w:ilvl w:val="0"/>
          <w:numId w:val="13"/>
        </w:numPr>
      </w:pPr>
      <w:proofErr w:type="spellStart"/>
      <w:r>
        <w:t>Пользователь</w:t>
      </w:r>
      <w:proofErr w:type="spellEnd"/>
      <w:r>
        <w:t xml:space="preserve"> </w:t>
      </w:r>
      <w:proofErr w:type="spellStart"/>
      <w:r>
        <w:t>открывает</w:t>
      </w:r>
      <w:proofErr w:type="spellEnd"/>
      <w:r>
        <w:t xml:space="preserve"> </w:t>
      </w:r>
      <w:proofErr w:type="spellStart"/>
      <w:r>
        <w:t>карточку</w:t>
      </w:r>
      <w:proofErr w:type="spellEnd"/>
      <w:r>
        <w:t xml:space="preserve"> customer.</w:t>
      </w:r>
    </w:p>
    <w:p w14:paraId="4788A51B" w14:textId="77777777" w:rsidR="006F1529" w:rsidRPr="002C43E4" w:rsidRDefault="00E43723">
      <w:pPr>
        <w:pStyle w:val="a"/>
        <w:numPr>
          <w:ilvl w:val="0"/>
          <w:numId w:val="13"/>
        </w:numPr>
        <w:rPr>
          <w:lang w:val="ru-RU"/>
        </w:rPr>
      </w:pPr>
      <w:r>
        <w:t>CRM</w:t>
      </w:r>
      <w:r w:rsidRPr="002C43E4">
        <w:rPr>
          <w:lang w:val="ru-RU"/>
        </w:rPr>
        <w:t xml:space="preserve"> отображает </w:t>
      </w:r>
      <w:proofErr w:type="spellStart"/>
      <w:r w:rsidRPr="002C43E4">
        <w:rPr>
          <w:lang w:val="ru-RU"/>
        </w:rPr>
        <w:t>неархивные</w:t>
      </w:r>
      <w:proofErr w:type="spellEnd"/>
      <w:r w:rsidRPr="002C43E4">
        <w:rPr>
          <w:lang w:val="ru-RU"/>
        </w:rPr>
        <w:t xml:space="preserve"> ЛС полностью.</w:t>
      </w:r>
    </w:p>
    <w:p w14:paraId="6032DBAB" w14:textId="77777777" w:rsidR="006F1529" w:rsidRPr="002C43E4" w:rsidRDefault="00E43723">
      <w:pPr>
        <w:pStyle w:val="a"/>
        <w:numPr>
          <w:ilvl w:val="0"/>
          <w:numId w:val="13"/>
        </w:numPr>
        <w:rPr>
          <w:lang w:val="ru-RU"/>
        </w:rPr>
      </w:pPr>
      <w:r w:rsidRPr="002C43E4">
        <w:rPr>
          <w:lang w:val="ru-RU"/>
        </w:rPr>
        <w:t>CRM показывает архивные ЛС со статусом и применяет ограничения.</w:t>
      </w:r>
    </w:p>
    <w:p w14:paraId="1A220750" w14:textId="77777777" w:rsidR="006F1529" w:rsidRPr="002C43E4" w:rsidRDefault="00E43723">
      <w:pPr>
        <w:rPr>
          <w:lang w:val="ru-RU"/>
        </w:rPr>
      </w:pPr>
      <w:r w:rsidRPr="002C43E4">
        <w:rPr>
          <w:b/>
          <w:lang w:val="ru-RU"/>
        </w:rPr>
        <w:t xml:space="preserve">Результат: </w:t>
      </w:r>
      <w:r w:rsidRPr="002C43E4">
        <w:rPr>
          <w:lang w:val="ru-RU"/>
        </w:rPr>
        <w:t>Пользователь видит корректно разделённые ЛС.</w:t>
      </w:r>
    </w:p>
    <w:p w14:paraId="267F59E3" w14:textId="77777777" w:rsidR="006F1529" w:rsidRPr="002C43E4" w:rsidRDefault="00E43723">
      <w:pPr>
        <w:pStyle w:val="21"/>
        <w:rPr>
          <w:lang w:val="ru-RU"/>
        </w:rPr>
      </w:pPr>
      <w:r>
        <w:t>UC</w:t>
      </w:r>
      <w:r w:rsidRPr="002C43E4">
        <w:rPr>
          <w:lang w:val="ru-RU"/>
        </w:rPr>
        <w:t xml:space="preserve">-03. </w:t>
      </w:r>
      <w:r>
        <w:t>Customer</w:t>
      </w:r>
      <w:r w:rsidRPr="002C43E4">
        <w:rPr>
          <w:lang w:val="ru-RU"/>
        </w:rPr>
        <w:t xml:space="preserve"> полностью архивный</w:t>
      </w:r>
    </w:p>
    <w:p w14:paraId="7EA81A6D" w14:textId="77777777" w:rsidR="006F1529" w:rsidRPr="002C43E4" w:rsidRDefault="00E43723">
      <w:pPr>
        <w:rPr>
          <w:lang w:val="ru-RU"/>
        </w:rPr>
      </w:pPr>
      <w:r w:rsidRPr="002C43E4">
        <w:rPr>
          <w:b/>
          <w:lang w:val="ru-RU"/>
        </w:rPr>
        <w:t xml:space="preserve">Предусловие: </w:t>
      </w:r>
      <w:r w:rsidRPr="002C43E4">
        <w:rPr>
          <w:lang w:val="ru-RU"/>
        </w:rPr>
        <w:t xml:space="preserve">Все ЛС </w:t>
      </w:r>
      <w:r>
        <w:t>customer</w:t>
      </w:r>
      <w:r w:rsidRPr="002C43E4">
        <w:rPr>
          <w:lang w:val="ru-RU"/>
        </w:rPr>
        <w:t xml:space="preserve"> архивные.</w:t>
      </w:r>
    </w:p>
    <w:p w14:paraId="120AB3F2" w14:textId="77777777" w:rsidR="006F1529" w:rsidRDefault="00E43723">
      <w:proofErr w:type="spellStart"/>
      <w:r>
        <w:t>Основной сценарий:</w:t>
      </w:r>
      <w:proofErr w:type="spellEnd"/>
      <w:r/>
    </w:p>
    <w:p w14:paraId="3FA61791" w14:textId="77777777" w:rsidR="006F1529" w:rsidRDefault="00E43723">
      <w:pPr>
        <w:pStyle w:val="a"/>
        <w:numPr>
          <w:ilvl w:val="0"/>
          <w:numId w:val="14"/>
        </w:numPr>
      </w:pPr>
      <w:proofErr w:type="spellStart"/>
      <w:r>
        <w:t>Пользователь</w:t>
      </w:r>
      <w:proofErr w:type="spellEnd"/>
      <w:r>
        <w:t xml:space="preserve"> </w:t>
      </w:r>
      <w:proofErr w:type="spellStart"/>
      <w:r>
        <w:t>выполняет</w:t>
      </w:r>
      <w:proofErr w:type="spellEnd"/>
      <w:r>
        <w:t xml:space="preserve"> </w:t>
      </w:r>
      <w:proofErr w:type="spellStart"/>
      <w:r>
        <w:t>поиск</w:t>
      </w:r>
      <w:proofErr w:type="spellEnd"/>
      <w:r>
        <w:t>.</w:t>
      </w:r>
    </w:p>
    <w:p w14:paraId="61E2E88B" w14:textId="77777777" w:rsidR="006F1529" w:rsidRPr="002C43E4" w:rsidRDefault="00E43723">
      <w:pPr>
        <w:pStyle w:val="a"/>
        <w:numPr>
          <w:ilvl w:val="0"/>
          <w:numId w:val="14"/>
        </w:numPr>
        <w:rPr>
          <w:lang w:val="ru-RU"/>
        </w:rPr>
      </w:pPr>
      <w:r>
        <w:t>CRM</w:t>
      </w:r>
      <w:r w:rsidRPr="002C43E4">
        <w:rPr>
          <w:lang w:val="ru-RU"/>
        </w:rPr>
        <w:t xml:space="preserve"> показывает </w:t>
      </w:r>
      <w:r>
        <w:t>customer</w:t>
      </w:r>
      <w:r w:rsidRPr="002C43E4">
        <w:rPr>
          <w:lang w:val="ru-RU"/>
        </w:rPr>
        <w:t xml:space="preserve"> со статусом «Архивный».</w:t>
      </w:r>
    </w:p>
    <w:p w14:paraId="590018A7" w14:textId="77777777" w:rsidR="006F1529" w:rsidRPr="002C43E4" w:rsidRDefault="00E43723">
      <w:pPr>
        <w:pStyle w:val="a"/>
        <w:numPr>
          <w:ilvl w:val="0"/>
          <w:numId w:val="14"/>
        </w:numPr>
        <w:rPr>
          <w:lang w:val="ru-RU"/>
        </w:rPr>
      </w:pPr>
      <w:r w:rsidRPr="002C43E4">
        <w:rPr>
          <w:lang w:val="ru-RU"/>
        </w:rPr>
        <w:t>Переход в карточку ограничен согласно роли.</w:t>
      </w:r>
    </w:p>
    <w:p w14:paraId="73BE97AE" w14:textId="77777777" w:rsidR="006F1529" w:rsidRPr="002C43E4" w:rsidRDefault="00E43723">
      <w:pPr>
        <w:rPr>
          <w:lang w:val="ru-RU"/>
        </w:rPr>
      </w:pPr>
      <w:r w:rsidRPr="002C43E4">
        <w:rPr>
          <w:b/>
          <w:lang w:val="ru-RU"/>
        </w:rPr>
        <w:t xml:space="preserve">Результат: </w:t>
      </w:r>
      <w:r w:rsidRPr="002C43E4">
        <w:rPr>
          <w:lang w:val="ru-RU"/>
        </w:rPr>
        <w:t>Архивная сущность доступна в поиске без раскрытия закрытых данных.</w:t>
      </w:r>
    </w:p>
    <w:p w14:paraId="71CDE651" w14:textId="77777777" w:rsidR="006F1529" w:rsidRPr="002C43E4" w:rsidRDefault="00E43723">
      <w:pPr>
        <w:pStyle w:val="21"/>
        <w:rPr>
          <w:lang w:val="ru-RU"/>
        </w:rPr>
      </w:pPr>
      <w:r>
        <w:t>UC</w:t>
      </w:r>
      <w:r w:rsidRPr="002C43E4">
        <w:rPr>
          <w:lang w:val="ru-RU"/>
        </w:rPr>
        <w:t xml:space="preserve">-04. Новый клиент по ИИН архивного </w:t>
      </w:r>
      <w:r>
        <w:t>customer</w:t>
      </w:r>
    </w:p>
    <w:p w14:paraId="0309B83A" w14:textId="77777777" w:rsidR="006F1529" w:rsidRPr="002C43E4" w:rsidRDefault="00E43723">
      <w:pPr>
        <w:rPr>
          <w:lang w:val="ru-RU"/>
        </w:rPr>
      </w:pPr>
      <w:r w:rsidRPr="002C43E4">
        <w:rPr>
          <w:b/>
          <w:lang w:val="ru-RU"/>
        </w:rPr>
        <w:t xml:space="preserve">Предусловие: </w:t>
      </w:r>
      <w:r w:rsidRPr="002C43E4">
        <w:rPr>
          <w:lang w:val="ru-RU"/>
        </w:rPr>
        <w:t xml:space="preserve">Найденный по ИИН </w:t>
      </w:r>
      <w:r>
        <w:t>customer</w:t>
      </w:r>
      <w:r w:rsidRPr="002C43E4">
        <w:rPr>
          <w:lang w:val="ru-RU"/>
        </w:rPr>
        <w:t xml:space="preserve"> существует; все его ЛС архивные.</w:t>
      </w:r>
    </w:p>
    <w:p w14:paraId="26ED33DB" w14:textId="77777777" w:rsidR="006F1529" w:rsidRDefault="00E43723">
      <w:proofErr w:type="spellStart"/>
      <w:r>
        <w:t>Основной сценарий:</w:t>
      </w:r>
      <w:proofErr w:type="spellEnd"/>
      <w:r/>
    </w:p>
    <w:p w14:paraId="74EB2788" w14:textId="77777777" w:rsidR="006F1529" w:rsidRPr="002C43E4" w:rsidRDefault="00E43723">
      <w:pPr>
        <w:pStyle w:val="a"/>
        <w:numPr>
          <w:ilvl w:val="0"/>
          <w:numId w:val="15"/>
        </w:numPr>
        <w:rPr>
          <w:lang w:val="ru-RU"/>
        </w:rPr>
      </w:pPr>
      <w:r w:rsidRPr="002C43E4">
        <w:rPr>
          <w:lang w:val="ru-RU"/>
        </w:rPr>
        <w:t>Оператор вводит данные нового клиента.</w:t>
      </w:r>
    </w:p>
    <w:p w14:paraId="7C588E7A" w14:textId="77777777" w:rsidR="006F1529" w:rsidRPr="002C43E4" w:rsidRDefault="00E43723">
      <w:pPr>
        <w:pStyle w:val="a"/>
        <w:numPr>
          <w:ilvl w:val="0"/>
          <w:numId w:val="15"/>
        </w:numPr>
        <w:rPr>
          <w:lang w:val="ru-RU"/>
        </w:rPr>
      </w:pPr>
      <w:r>
        <w:t>CRM</w:t>
      </w:r>
      <w:r w:rsidRPr="002C43E4">
        <w:rPr>
          <w:lang w:val="ru-RU"/>
        </w:rPr>
        <w:t xml:space="preserve"> находит все </w:t>
      </w:r>
      <w:r>
        <w:t>customer</w:t>
      </w:r>
      <w:r w:rsidRPr="002C43E4">
        <w:rPr>
          <w:lang w:val="ru-RU"/>
        </w:rPr>
        <w:t xml:space="preserve"> по ИИН и проверяет статусы всех ЛС.</w:t>
      </w:r>
    </w:p>
    <w:p w14:paraId="6C5EEB1C" w14:textId="77777777" w:rsidR="006F1529" w:rsidRPr="002C43E4" w:rsidRDefault="00E43723">
      <w:pPr>
        <w:pStyle w:val="a"/>
        <w:numPr>
          <w:ilvl w:val="0"/>
          <w:numId w:val="15"/>
        </w:numPr>
        <w:rPr>
          <w:lang w:val="ru-RU"/>
        </w:rPr>
      </w:pPr>
      <w:r>
        <w:t>CRM</w:t>
      </w:r>
      <w:r w:rsidRPr="002C43E4">
        <w:rPr>
          <w:lang w:val="ru-RU"/>
        </w:rPr>
        <w:t xml:space="preserve"> не выводит ошибку «ИИН уже существует» и создаёт новую сущность </w:t>
      </w:r>
      <w:r>
        <w:t>customer</w:t>
      </w:r>
      <w:r w:rsidRPr="002C43E4">
        <w:rPr>
          <w:lang w:val="ru-RU"/>
        </w:rPr>
        <w:t>.</w:t>
      </w:r>
    </w:p>
    <w:p w14:paraId="106E76B4" w14:textId="77777777" w:rsidR="006F1529" w:rsidRPr="002C43E4" w:rsidRDefault="00E43723">
      <w:pPr>
        <w:rPr>
          <w:lang w:val="ru-RU"/>
        </w:rPr>
      </w:pPr>
      <w:r w:rsidRPr="002C43E4">
        <w:rPr>
          <w:b/>
          <w:lang w:val="ru-RU"/>
        </w:rPr>
        <w:t xml:space="preserve">Результат: </w:t>
      </w:r>
      <w:r w:rsidRPr="002C43E4">
        <w:rPr>
          <w:lang w:val="ru-RU"/>
        </w:rPr>
        <w:t>Новый клиент успешно создан; архивная история сохранена.</w:t>
      </w:r>
    </w:p>
    <w:p w14:paraId="78CC8FA9" w14:textId="77777777" w:rsidR="006F1529" w:rsidRDefault="00E43723">
      <w:pPr>
        <w:pStyle w:val="1"/>
      </w:pPr>
      <w:r>
        <w:t xml:space="preserve">9. </w:t>
      </w:r>
      <w:proofErr w:type="spellStart"/>
      <w:r>
        <w:t>Критерии</w:t>
      </w:r>
      <w:proofErr w:type="spellEnd"/>
      <w:r>
        <w:t xml:space="preserve"> </w:t>
      </w:r>
      <w:proofErr w:type="spellStart"/>
      <w:r>
        <w:t>приёмки</w:t>
      </w:r>
      <w:proofErr w:type="spellEnd"/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3240"/>
        <w:gridCol w:w="5184"/>
      </w:tblGrid>
      <w:tr w:rsidR="006F1529" w14:paraId="2AB3AB57" w14:textId="77777777">
        <w:trPr>
          <w:jc w:val="center"/>
        </w:trPr>
        <w:tc>
          <w:tcPr>
            <w:tcW w:w="936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B0300B" w14:textId="77777777" w:rsidR="006F1529" w:rsidRDefault="00E43723">
            <w:pPr>
              <w:spacing w:after="0"/>
            </w:pPr>
            <w:r>
              <w:rPr>
                <w:b/>
                <w:color w:val="1F3A5F"/>
                <w:sz w:val="20"/>
              </w:rPr>
              <w:t>ID</w:t>
            </w:r>
          </w:p>
        </w:tc>
        <w:tc>
          <w:tcPr>
            <w:tcW w:w="324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2FF455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Дано</w:t>
            </w:r>
            <w:proofErr w:type="spellEnd"/>
          </w:p>
        </w:tc>
        <w:tc>
          <w:tcPr>
            <w:tcW w:w="5184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BD2EA8" w14:textId="77777777" w:rsidR="006F1529" w:rsidRDefault="00E43723">
            <w:pPr>
              <w:spacing w:after="0"/>
            </w:pPr>
            <w:proofErr w:type="spellStart"/>
            <w:r>
              <w:rPr>
                <w:b/>
                <w:color w:val="1F3A5F"/>
                <w:sz w:val="20"/>
              </w:rPr>
              <w:t>Ожидаемый</w:t>
            </w:r>
            <w:proofErr w:type="spellEnd"/>
            <w:r>
              <w:rPr>
                <w:b/>
                <w:color w:val="1F3A5F"/>
                <w:sz w:val="20"/>
              </w:rPr>
              <w:t xml:space="preserve"> </w:t>
            </w:r>
            <w:proofErr w:type="spellStart"/>
            <w:r>
              <w:rPr>
                <w:b/>
                <w:color w:val="1F3A5F"/>
                <w:sz w:val="20"/>
              </w:rPr>
              <w:t>результат</w:t>
            </w:r>
            <w:proofErr w:type="spellEnd"/>
          </w:p>
        </w:tc>
      </w:tr>
      <w:tr w:rsidR="006F1529" w:rsidRPr="001D3315" w14:paraId="326A5D6A" w14:textId="77777777">
        <w:trPr>
          <w:jc w:val="center"/>
        </w:trPr>
        <w:tc>
          <w:tcPr>
            <w:tcW w:w="9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C0E6F2" w14:textId="77777777" w:rsidR="006F1529" w:rsidRDefault="00E43723">
            <w:pPr>
              <w:spacing w:after="0"/>
            </w:pPr>
            <w:r>
              <w:rPr>
                <w:sz w:val="20"/>
              </w:rPr>
              <w:t>AC-01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8B08D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Расторгнут</w:t>
            </w:r>
            <w:proofErr w:type="spellEnd"/>
            <w:r>
              <w:rPr>
                <w:sz w:val="20"/>
              </w:rPr>
              <w:t xml:space="preserve"> ЛС</w:t>
            </w:r>
          </w:p>
        </w:tc>
        <w:tc>
          <w:tcPr>
            <w:tcW w:w="518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49D482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Создан процесс; первая проверка не ранее чем через 30 календарных дней.</w:t>
            </w:r>
          </w:p>
        </w:tc>
      </w:tr>
      <w:tr w:rsidR="006F1529" w:rsidRPr="001D3315" w14:paraId="560DA7FA" w14:textId="77777777">
        <w:trPr>
          <w:jc w:val="center"/>
        </w:trPr>
        <w:tc>
          <w:tcPr>
            <w:tcW w:w="9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8E6B59" w14:textId="77777777" w:rsidR="006F1529" w:rsidRDefault="00E43723">
            <w:pPr>
              <w:spacing w:after="0"/>
            </w:pPr>
            <w:r>
              <w:rPr>
                <w:sz w:val="20"/>
              </w:rPr>
              <w:lastRenderedPageBreak/>
              <w:t>AC-02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B905E2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Все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успешны</w:t>
            </w:r>
            <w:proofErr w:type="spellEnd"/>
          </w:p>
        </w:tc>
        <w:tc>
          <w:tcPr>
            <w:tcW w:w="518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236CB1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ЛС получает статус «Архивный»; повторный запуск не создаёт дублей.</w:t>
            </w:r>
          </w:p>
        </w:tc>
      </w:tr>
      <w:tr w:rsidR="006F1529" w:rsidRPr="001D3315" w14:paraId="69083063" w14:textId="77777777">
        <w:trPr>
          <w:jc w:val="center"/>
        </w:trPr>
        <w:tc>
          <w:tcPr>
            <w:tcW w:w="9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F20E51" w14:textId="77777777" w:rsidR="006F1529" w:rsidRDefault="00E43723">
            <w:pPr>
              <w:spacing w:after="0"/>
            </w:pPr>
            <w:r>
              <w:rPr>
                <w:sz w:val="20"/>
              </w:rPr>
              <w:t>AC-03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1C13DD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Есть дебетовое или кредитовое сальдо</w:t>
            </w:r>
          </w:p>
        </w:tc>
        <w:tc>
          <w:tcPr>
            <w:tcW w:w="518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32E858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ЛС остаётся «Расторгнут»; есть запись причины и повторная проверка на следующий день.</w:t>
            </w:r>
          </w:p>
        </w:tc>
      </w:tr>
      <w:tr w:rsidR="006F1529" w:rsidRPr="001D3315" w14:paraId="36350AFE" w14:textId="77777777">
        <w:trPr>
          <w:jc w:val="center"/>
        </w:trPr>
        <w:tc>
          <w:tcPr>
            <w:tcW w:w="9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353D8C" w14:textId="77777777" w:rsidR="006F1529" w:rsidRDefault="00E43723">
            <w:pPr>
              <w:spacing w:after="0"/>
            </w:pPr>
            <w:r>
              <w:rPr>
                <w:sz w:val="20"/>
              </w:rPr>
              <w:t>AC-04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87202A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Все</w:t>
            </w:r>
            <w:proofErr w:type="spellEnd"/>
            <w:r>
              <w:rPr>
                <w:sz w:val="20"/>
              </w:rPr>
              <w:t xml:space="preserve"> ЛС customer </w:t>
            </w:r>
            <w:proofErr w:type="spellStart"/>
            <w:r>
              <w:rPr>
                <w:sz w:val="20"/>
              </w:rPr>
              <w:t>архивные</w:t>
            </w:r>
            <w:proofErr w:type="spellEnd"/>
          </w:p>
        </w:tc>
        <w:tc>
          <w:tcPr>
            <w:tcW w:w="518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E9D249" w14:textId="77777777" w:rsidR="006F1529" w:rsidRPr="002C43E4" w:rsidRDefault="00E43723">
            <w:pPr>
              <w:spacing w:after="0"/>
              <w:rPr>
                <w:lang w:val="ru-RU"/>
              </w:rPr>
            </w:pPr>
            <w:r>
              <w:rPr>
                <w:sz w:val="20"/>
              </w:rPr>
              <w:t>Customer</w:t>
            </w:r>
            <w:r w:rsidRPr="002C43E4">
              <w:rPr>
                <w:sz w:val="20"/>
                <w:lang w:val="ru-RU"/>
              </w:rPr>
              <w:t xml:space="preserve"> виден в поиске как архивный; обычный пользователь не получает закрытые данные.</w:t>
            </w:r>
          </w:p>
        </w:tc>
      </w:tr>
      <w:tr w:rsidR="006F1529" w:rsidRPr="001D3315" w14:paraId="59D1C8AE" w14:textId="77777777">
        <w:trPr>
          <w:jc w:val="center"/>
        </w:trPr>
        <w:tc>
          <w:tcPr>
            <w:tcW w:w="9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F38F43" w14:textId="77777777" w:rsidR="006F1529" w:rsidRDefault="00E43723">
            <w:pPr>
              <w:spacing w:after="0"/>
            </w:pPr>
            <w:r>
              <w:rPr>
                <w:sz w:val="20"/>
              </w:rPr>
              <w:t>AC-05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CBC0C7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Есть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действующий</w:t>
            </w:r>
            <w:proofErr w:type="spellEnd"/>
            <w:r>
              <w:rPr>
                <w:sz w:val="20"/>
              </w:rPr>
              <w:t xml:space="preserve"> ЛС</w:t>
            </w:r>
          </w:p>
        </w:tc>
        <w:tc>
          <w:tcPr>
            <w:tcW w:w="518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AF580D" w14:textId="77777777" w:rsidR="006F1529" w:rsidRPr="002C43E4" w:rsidRDefault="00E43723">
            <w:pPr>
              <w:spacing w:after="0"/>
              <w:rPr>
                <w:lang w:val="ru-RU"/>
              </w:rPr>
            </w:pPr>
            <w:r>
              <w:rPr>
                <w:sz w:val="20"/>
              </w:rPr>
              <w:t>Customer</w:t>
            </w:r>
            <w:r w:rsidRPr="002C43E4">
              <w:rPr>
                <w:sz w:val="20"/>
                <w:lang w:val="ru-RU"/>
              </w:rPr>
              <w:t xml:space="preserve"> доступен; архивные ЛС помечены и ограничены, действующие отображаются штатно.</w:t>
            </w:r>
          </w:p>
        </w:tc>
      </w:tr>
      <w:tr w:rsidR="006F1529" w:rsidRPr="001D3315" w14:paraId="2139FD8F" w14:textId="77777777">
        <w:trPr>
          <w:jc w:val="center"/>
        </w:trPr>
        <w:tc>
          <w:tcPr>
            <w:tcW w:w="9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0CB2DF" w14:textId="77777777" w:rsidR="006F1529" w:rsidRDefault="00E43723">
            <w:pPr>
              <w:spacing w:after="0"/>
            </w:pPr>
            <w:r>
              <w:rPr>
                <w:sz w:val="20"/>
              </w:rPr>
              <w:t>AC-06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36F1EC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 xml:space="preserve">Создание клиента: тот же ИИН, все ЛС всех найденных </w:t>
            </w:r>
            <w:r>
              <w:rPr>
                <w:sz w:val="20"/>
              </w:rPr>
              <w:t>customer</w:t>
            </w:r>
            <w:r w:rsidRPr="002C43E4">
              <w:rPr>
                <w:sz w:val="20"/>
                <w:lang w:val="ru-RU"/>
              </w:rPr>
              <w:t xml:space="preserve"> архивные</w:t>
            </w:r>
          </w:p>
        </w:tc>
        <w:tc>
          <w:tcPr>
            <w:tcW w:w="518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EBCD90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Новый клиент создаётся без ошибки «ИИН уже существует».</w:t>
            </w:r>
          </w:p>
        </w:tc>
      </w:tr>
      <w:tr w:rsidR="006F1529" w:rsidRPr="001D3315" w14:paraId="716EE245" w14:textId="77777777">
        <w:trPr>
          <w:jc w:val="center"/>
        </w:trPr>
        <w:tc>
          <w:tcPr>
            <w:tcW w:w="9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C10E52" w14:textId="77777777" w:rsidR="006F1529" w:rsidRDefault="00E43723">
            <w:pPr>
              <w:spacing w:after="0"/>
            </w:pPr>
            <w:r>
              <w:rPr>
                <w:sz w:val="20"/>
              </w:rPr>
              <w:t>AC-07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F428C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 xml:space="preserve">Создание клиента: по ИИН есть хотя бы один </w:t>
            </w:r>
            <w:proofErr w:type="spellStart"/>
            <w:r w:rsidRPr="002C43E4">
              <w:rPr>
                <w:sz w:val="20"/>
                <w:lang w:val="ru-RU"/>
              </w:rPr>
              <w:t>неархивный</w:t>
            </w:r>
            <w:proofErr w:type="spellEnd"/>
            <w:r w:rsidRPr="002C43E4">
              <w:rPr>
                <w:sz w:val="20"/>
                <w:lang w:val="ru-RU"/>
              </w:rPr>
              <w:t xml:space="preserve"> ЛС</w:t>
            </w:r>
          </w:p>
        </w:tc>
        <w:tc>
          <w:tcPr>
            <w:tcW w:w="518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B8B7C5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Создание блокируется с понятным сообщением.</w:t>
            </w:r>
          </w:p>
        </w:tc>
      </w:tr>
      <w:tr w:rsidR="006F1529" w:rsidRPr="001D3315" w14:paraId="3CF33564" w14:textId="77777777">
        <w:trPr>
          <w:jc w:val="center"/>
        </w:trPr>
        <w:tc>
          <w:tcPr>
            <w:tcW w:w="9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EB6BE0" w14:textId="77777777" w:rsidR="006F1529" w:rsidRDefault="00E43723">
            <w:pPr>
              <w:spacing w:after="0"/>
            </w:pPr>
            <w:r>
              <w:rPr>
                <w:sz w:val="20"/>
              </w:rPr>
              <w:t>AC-08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963F1F" w14:textId="77777777" w:rsidR="006F1529" w:rsidRDefault="00E43723">
            <w:pPr>
              <w:spacing w:after="0"/>
            </w:pPr>
            <w:proofErr w:type="spellStart"/>
            <w:r>
              <w:rPr>
                <w:sz w:val="20"/>
              </w:rPr>
              <w:t>Ошибка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интеграции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проверке</w:t>
            </w:r>
            <w:proofErr w:type="spellEnd"/>
          </w:p>
        </w:tc>
        <w:tc>
          <w:tcPr>
            <w:tcW w:w="518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084CA" w14:textId="77777777" w:rsidR="006F1529" w:rsidRPr="002C43E4" w:rsidRDefault="00E43723">
            <w:pPr>
              <w:spacing w:after="0"/>
              <w:rPr>
                <w:lang w:val="ru-RU"/>
              </w:rPr>
            </w:pPr>
            <w:r w:rsidRPr="002C43E4">
              <w:rPr>
                <w:sz w:val="20"/>
                <w:lang w:val="ru-RU"/>
              </w:rPr>
              <w:t>Архивирование не выполняется ошибочно; создаётся техническая запись и повторная попытка.</w:t>
            </w:r>
          </w:p>
        </w:tc>
      </w:tr>
    </w:tbl>
    <w:p w14:paraId="59540868" w14:textId="77777777" w:rsidR="006F1529" w:rsidRPr="002C43E4" w:rsidRDefault="006F1529">
      <w:pPr>
        <w:spacing w:after="0"/>
        <w:rPr>
          <w:lang w:val="ru-RU"/>
        </w:rPr>
      </w:pPr>
    </w:p>
    <w:p w14:paraId="07D357C6" w14:textId="77777777" w:rsidR="006F1529" w:rsidRDefault="00E43723">
      <w:pPr>
        <w:pStyle w:val="1"/>
      </w:pPr>
      <w:r>
        <w:t xml:space="preserve">10. </w:t>
      </w:r>
      <w:proofErr w:type="spellStart"/>
      <w:r>
        <w:t>Нефункциональные</w:t>
      </w:r>
      <w:proofErr w:type="spellEnd"/>
      <w:r>
        <w:t xml:space="preserve"> </w:t>
      </w:r>
      <w:proofErr w:type="spellStart"/>
      <w:r>
        <w:t>требования</w:t>
      </w:r>
      <w:proofErr w:type="spellEnd"/>
    </w:p>
    <w:p w14:paraId="51DB002D" w14:textId="77777777" w:rsidR="006F1529" w:rsidRPr="002C43E4" w:rsidRDefault="00E43723">
      <w:pPr>
        <w:pStyle w:val="a0"/>
        <w:rPr>
          <w:lang w:val="ru-RU"/>
        </w:rPr>
      </w:pPr>
      <w:r w:rsidRPr="002C43E4">
        <w:rPr>
          <w:lang w:val="ru-RU"/>
        </w:rPr>
        <w:t>Аудит: хранить историю статусов и решений процесса с датой/временем и источником изменения.</w:t>
      </w:r>
    </w:p>
    <w:p w14:paraId="59A28F7E" w14:textId="77777777" w:rsidR="006F1529" w:rsidRPr="002C43E4" w:rsidRDefault="00E43723">
      <w:pPr>
        <w:pStyle w:val="a0"/>
        <w:rPr>
          <w:lang w:val="ru-RU"/>
        </w:rPr>
      </w:pPr>
      <w:r w:rsidRPr="002C43E4">
        <w:rPr>
          <w:lang w:val="ru-RU"/>
        </w:rPr>
        <w:t>Безопасность: доступ к архивным данным определяется ролями; персональные и финансовые данные не возвращаются интерфейсу при отсутствии полномочий.</w:t>
      </w:r>
    </w:p>
    <w:p w14:paraId="4C67CA1C" w14:textId="77777777" w:rsidR="006F1529" w:rsidRPr="002C43E4" w:rsidRDefault="00E43723">
      <w:pPr>
        <w:pStyle w:val="a0"/>
        <w:rPr>
          <w:lang w:val="ru-RU"/>
        </w:rPr>
      </w:pPr>
      <w:r w:rsidRPr="002C43E4">
        <w:rPr>
          <w:lang w:val="ru-RU"/>
        </w:rPr>
        <w:t>Надёжность: процесс возобновляется после технического сбоя без потери состояния и без двойного архивирования.</w:t>
      </w:r>
    </w:p>
    <w:p w14:paraId="44C17F3F" w14:textId="77777777" w:rsidR="006F1529" w:rsidRPr="002C43E4" w:rsidRDefault="00E43723">
      <w:pPr>
        <w:pStyle w:val="a0"/>
        <w:rPr>
          <w:lang w:val="ru-RU"/>
        </w:rPr>
      </w:pPr>
      <w:r w:rsidRPr="002C43E4">
        <w:rPr>
          <w:lang w:val="ru-RU"/>
        </w:rPr>
        <w:t xml:space="preserve">Производительность: проверка ИИН при создании клиента не должна приводить к заметному ухудшению времени ответа </w:t>
      </w:r>
      <w:r>
        <w:t>CRM</w:t>
      </w:r>
      <w:r w:rsidRPr="002C43E4">
        <w:rPr>
          <w:lang w:val="ru-RU"/>
        </w:rPr>
        <w:t xml:space="preserve">; целевые </w:t>
      </w:r>
      <w:r>
        <w:t>SLA</w:t>
      </w:r>
      <w:r w:rsidRPr="002C43E4">
        <w:rPr>
          <w:lang w:val="ru-RU"/>
        </w:rPr>
        <w:t xml:space="preserve"> уточняются владельцем системы.</w:t>
      </w:r>
    </w:p>
    <w:p w14:paraId="4E3B5D04" w14:textId="77777777" w:rsidR="006F1529" w:rsidRPr="002C43E4" w:rsidRDefault="00E43723">
      <w:pPr>
        <w:pStyle w:val="a0"/>
        <w:rPr>
          <w:lang w:val="ru-RU"/>
        </w:rPr>
      </w:pPr>
      <w:r w:rsidRPr="002C43E4">
        <w:rPr>
          <w:lang w:val="ru-RU"/>
        </w:rPr>
        <w:t>Мониторинг: должны быть доступны метрики количества процессов в ожидании, успешных архивирований, отказов по бизнес-условиям и технических ошибок.</w:t>
      </w:r>
    </w:p>
    <w:sectPr w:rsidR="006F1529" w:rsidRPr="002C43E4" w:rsidSect="00034616"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F24A89" w14:textId="77777777" w:rsidR="00FA5418" w:rsidRDefault="00FA5418">
      <w:pPr>
        <w:spacing w:after="0" w:line="240" w:lineRule="auto"/>
      </w:pPr>
      <w:r>
        <w:separator/>
      </w:r>
    </w:p>
  </w:endnote>
  <w:endnote w:type="continuationSeparator" w:id="0">
    <w:p w14:paraId="33C594AB" w14:textId="77777777" w:rsidR="00FA5418" w:rsidRDefault="00F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D90880" w14:textId="77777777" w:rsidR="006F1529" w:rsidRDefault="00E43723">
    <w:pPr>
      <w:pStyle w:val="a7"/>
      <w:jc w:val="right"/>
    </w:pPr>
    <w:r>
      <w:rPr>
        <w:color w:val="777777"/>
        <w:sz w:val="16"/>
      </w:rPr>
      <w:t xml:space="preserve">ТЗ: </w:t>
    </w:r>
    <w:proofErr w:type="spellStart"/>
    <w:r>
      <w:rPr>
        <w:color w:val="777777"/>
        <w:sz w:val="16"/>
      </w:rPr>
      <w:t>Архивные</w:t>
    </w:r>
    <w:proofErr w:type="spellEnd"/>
    <w:r>
      <w:rPr>
        <w:color w:val="777777"/>
        <w:sz w:val="16"/>
      </w:rPr>
      <w:t xml:space="preserve"> ЛС | </w:t>
    </w:r>
    <w:proofErr w:type="spellStart"/>
    <w:r>
      <w:rPr>
        <w:color w:val="777777"/>
        <w:sz w:val="16"/>
      </w:rPr>
      <w:t>версия</w:t>
    </w:r>
    <w:proofErr w:type="spellEnd"/>
    <w:r>
      <w:rPr>
        <w:color w:val="777777"/>
        <w:sz w:val="16"/>
      </w:rPr>
      <w:t xml:space="preserve"> 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1F12C" w14:textId="77777777" w:rsidR="00FA5418" w:rsidRDefault="00FA5418">
      <w:pPr>
        <w:spacing w:after="0" w:line="240" w:lineRule="auto"/>
      </w:pPr>
      <w:r>
        <w:separator/>
      </w:r>
    </w:p>
  </w:footnote>
  <w:footnote w:type="continuationSeparator" w:id="0">
    <w:p w14:paraId="4010F9BE" w14:textId="77777777" w:rsidR="00FA5418" w:rsidRDefault="00FA54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3315"/>
    <w:rsid w:val="00287FAF"/>
    <w:rsid w:val="0029639D"/>
    <w:rsid w:val="002C43E4"/>
    <w:rsid w:val="00326F90"/>
    <w:rsid w:val="004F5EEB"/>
    <w:rsid w:val="006F1529"/>
    <w:rsid w:val="00917EA5"/>
    <w:rsid w:val="00927ABE"/>
    <w:rsid w:val="00A448E2"/>
    <w:rsid w:val="00A70C41"/>
    <w:rsid w:val="00AA1D8D"/>
    <w:rsid w:val="00B47730"/>
    <w:rsid w:val="00B50AB7"/>
    <w:rsid w:val="00B9563A"/>
    <w:rsid w:val="00BB7E5E"/>
    <w:rsid w:val="00CB0664"/>
    <w:rsid w:val="00E43723"/>
    <w:rsid w:val="00F73920"/>
    <w:rsid w:val="00F85DAF"/>
    <w:rsid w:val="00F9726D"/>
    <w:rsid w:val="00FA541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11AA5"/>
  <w15:docId w15:val="{D84BD116-C9CA-4752-ADA6-1627B5BD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160" w:line="280" w:lineRule="auto"/>
      <w:ind w:left="72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160" w:line="280" w:lineRule="auto"/>
      <w:ind w:left="720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rsid w:val="00927ABE"/>
    <w:pPr>
      <w:spacing w:before="120"/>
      <w:ind w:left="259" w:right="259"/>
    </w:pPr>
    <w:rPr>
      <w:rFonts w:ascii="Calibri" w:hAnsi="Calibri"/>
      <w:b/>
      <w:color w:val="1F3A5F"/>
    </w:rPr>
  </w:style>
  <w:style w:type="paragraph" w:styleId="aff8">
    <w:name w:val="Balloon Text"/>
    <w:basedOn w:val="a1"/>
    <w:link w:val="aff9"/>
    <w:uiPriority w:val="99"/>
    <w:semiHidden/>
    <w:unhideWhenUsed/>
    <w:rsid w:val="00B50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B50A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0FEE84-DF55-42E8-8E41-ADE0AA9CF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1487</Words>
  <Characters>8476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Техническое задание — Архивные лицевые счета</vt:lpstr>
      <vt:lpstr/>
    </vt:vector>
  </TitlesOfParts>
  <Company/>
  <LinksUpToDate>false</LinksUpToDate>
  <CharactersWithSpaces>9944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— Архивные лицевые счета</dc:title>
  <dc:subject>CRM 2.0 / Camunda</dc:subject>
  <dc:creator>python-docx</dc:creator>
  <dc:description>generated by python-docx</dc:description>
  <cp:lastModifiedBy>Мукашева Айгуль</cp:lastModifiedBy>
  <cp:revision>8</cp:revision>
  <dcterms:created xsi:type="dcterms:W3CDTF">2026-07-17T05:01:00Z</dcterms:created>
  <dcterms:modified xsi:type="dcterms:W3CDTF">2026-07-21T10:59:00Z</dcterms:modified>
</cp:coreProperties>
</file>